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53143" w14:textId="6C050653" w:rsidR="00CF4515" w:rsidRPr="000224C1" w:rsidRDefault="00FD5B68" w:rsidP="000224C1">
      <w:pPr>
        <w:jc w:val="center"/>
        <w:rPr>
          <w:sz w:val="22"/>
          <w:lang w:val="es-ES"/>
        </w:rPr>
      </w:pPr>
      <w:r w:rsidRPr="008678EE">
        <w:rPr>
          <w:b/>
          <w:color w:val="1F4E79"/>
          <w:sz w:val="40"/>
          <w:lang w:val="es-ES"/>
        </w:rPr>
        <w:t>HOJA DE RUTA PARA PROYECTO</w:t>
      </w:r>
      <w:r w:rsidRPr="000224C1">
        <w:rPr>
          <w:b/>
          <w:color w:val="FFFFFF"/>
          <w:sz w:val="23"/>
          <w:lang w:val="es-MX"/>
        </w:rPr>
        <w:t>1. Información general del proyecto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218"/>
        <w:gridCol w:w="5465"/>
      </w:tblGrid>
      <w:tr w:rsidR="00CF4515" w14:paraId="06602838" w14:textId="77777777" w:rsidTr="008678EE">
        <w:tc>
          <w:tcPr>
            <w:tcW w:w="2442" w:type="pct"/>
            <w:shd w:val="clear" w:color="auto" w:fill="D9EAF7"/>
          </w:tcPr>
          <w:p w14:paraId="49BF99BA" w14:textId="77777777" w:rsidR="00CF4515" w:rsidRDefault="00FD5B68">
            <w:r>
              <w:rPr>
                <w:b/>
              </w:rPr>
              <w:t>Nombre del proyecto</w:t>
            </w:r>
          </w:p>
        </w:tc>
        <w:tc>
          <w:tcPr>
            <w:tcW w:w="2558" w:type="pct"/>
          </w:tcPr>
          <w:p w14:paraId="56794BDC" w14:textId="77777777" w:rsidR="00CF4515" w:rsidRDefault="00FD5B68">
            <w:r>
              <w:t>____________________________________________</w:t>
            </w:r>
          </w:p>
        </w:tc>
      </w:tr>
      <w:tr w:rsidR="00CF4515" w14:paraId="002CF6E1" w14:textId="77777777" w:rsidTr="008678EE">
        <w:tc>
          <w:tcPr>
            <w:tcW w:w="2442" w:type="pct"/>
            <w:shd w:val="clear" w:color="auto" w:fill="D9EAF7"/>
          </w:tcPr>
          <w:p w14:paraId="31F39209" w14:textId="77777777" w:rsidR="00CF4515" w:rsidRDefault="00FD5B68">
            <w:r>
              <w:rPr>
                <w:b/>
              </w:rPr>
              <w:t>Objetivo general</w:t>
            </w:r>
          </w:p>
        </w:tc>
        <w:tc>
          <w:tcPr>
            <w:tcW w:w="2558" w:type="pct"/>
          </w:tcPr>
          <w:p w14:paraId="683624C1" w14:textId="77777777" w:rsidR="00CF4515" w:rsidRDefault="00FD5B68">
            <w:r>
              <w:t>____________________________________________</w:t>
            </w:r>
          </w:p>
        </w:tc>
      </w:tr>
      <w:tr w:rsidR="00CF4515" w14:paraId="6E811A04" w14:textId="77777777" w:rsidTr="008678EE">
        <w:tc>
          <w:tcPr>
            <w:tcW w:w="2442" w:type="pct"/>
            <w:shd w:val="clear" w:color="auto" w:fill="D9EAF7"/>
          </w:tcPr>
          <w:p w14:paraId="5807C564" w14:textId="77777777" w:rsidR="00CF4515" w:rsidRDefault="00FD5B68">
            <w:r>
              <w:rPr>
                <w:b/>
              </w:rPr>
              <w:t>Descripción del proyecto</w:t>
            </w:r>
          </w:p>
        </w:tc>
        <w:tc>
          <w:tcPr>
            <w:tcW w:w="2558" w:type="pct"/>
          </w:tcPr>
          <w:p w14:paraId="3D2C7B40" w14:textId="77777777" w:rsidR="00CF4515" w:rsidRDefault="00FD5B68">
            <w:r>
              <w:t>____________________________________________</w:t>
            </w:r>
          </w:p>
        </w:tc>
      </w:tr>
      <w:tr w:rsidR="00CF4515" w14:paraId="5B97537F" w14:textId="77777777" w:rsidTr="008678EE">
        <w:tc>
          <w:tcPr>
            <w:tcW w:w="2442" w:type="pct"/>
            <w:shd w:val="clear" w:color="auto" w:fill="D9EAF7"/>
          </w:tcPr>
          <w:p w14:paraId="69D00E80" w14:textId="77777777" w:rsidR="00CF4515" w:rsidRDefault="00FD5B68">
            <w:r>
              <w:rPr>
                <w:b/>
              </w:rPr>
              <w:t>Fecha de inicio</w:t>
            </w:r>
          </w:p>
        </w:tc>
        <w:tc>
          <w:tcPr>
            <w:tcW w:w="2558" w:type="pct"/>
          </w:tcPr>
          <w:p w14:paraId="6DC938DC" w14:textId="77777777" w:rsidR="00CF4515" w:rsidRDefault="00FD5B68">
            <w:r>
              <w:t>____ / ____ / ______</w:t>
            </w:r>
          </w:p>
        </w:tc>
      </w:tr>
      <w:tr w:rsidR="00CF4515" w14:paraId="7584E559" w14:textId="77777777" w:rsidTr="008678EE">
        <w:tc>
          <w:tcPr>
            <w:tcW w:w="2442" w:type="pct"/>
            <w:shd w:val="clear" w:color="auto" w:fill="D9EAF7"/>
          </w:tcPr>
          <w:p w14:paraId="576B077A" w14:textId="77777777" w:rsidR="00CF4515" w:rsidRDefault="00FD5B68">
            <w:r>
              <w:rPr>
                <w:b/>
              </w:rPr>
              <w:t>Fecha de finalización</w:t>
            </w:r>
          </w:p>
        </w:tc>
        <w:tc>
          <w:tcPr>
            <w:tcW w:w="2558" w:type="pct"/>
          </w:tcPr>
          <w:p w14:paraId="400AB314" w14:textId="77777777" w:rsidR="00CF4515" w:rsidRDefault="00FD5B68">
            <w:r>
              <w:t>____ / ____ / ______</w:t>
            </w:r>
          </w:p>
        </w:tc>
      </w:tr>
      <w:tr w:rsidR="00CF4515" w14:paraId="51F9A252" w14:textId="77777777" w:rsidTr="008678EE">
        <w:tc>
          <w:tcPr>
            <w:tcW w:w="2442" w:type="pct"/>
            <w:shd w:val="clear" w:color="auto" w:fill="D9EAF7"/>
          </w:tcPr>
          <w:p w14:paraId="065F746E" w14:textId="77777777" w:rsidR="00CF4515" w:rsidRDefault="00FD5B68">
            <w:r>
              <w:rPr>
                <w:b/>
              </w:rPr>
              <w:t>Responsable principal</w:t>
            </w:r>
          </w:p>
        </w:tc>
        <w:tc>
          <w:tcPr>
            <w:tcW w:w="2558" w:type="pct"/>
          </w:tcPr>
          <w:p w14:paraId="1702656C" w14:textId="77777777" w:rsidR="00CF4515" w:rsidRDefault="00FD5B68">
            <w:r>
              <w:t>____________________________________________</w:t>
            </w:r>
          </w:p>
        </w:tc>
      </w:tr>
    </w:tbl>
    <w:p w14:paraId="70D50591" w14:textId="77777777" w:rsidR="00CF4515" w:rsidRDefault="00FD5B68">
      <w:pPr>
        <w:shd w:val="clear" w:color="auto" w:fill="1F4E79"/>
        <w:spacing w:before="160" w:after="80"/>
      </w:pPr>
      <w:r>
        <w:rPr>
          <w:b/>
          <w:color w:val="FFFFFF"/>
          <w:sz w:val="23"/>
        </w:rPr>
        <w:t>2. Fases del proyecto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670"/>
        <w:gridCol w:w="2671"/>
        <w:gridCol w:w="2671"/>
        <w:gridCol w:w="2671"/>
      </w:tblGrid>
      <w:tr w:rsidR="00CF4515" w14:paraId="7B92B323" w14:textId="77777777" w:rsidTr="008678EE">
        <w:tc>
          <w:tcPr>
            <w:tcW w:w="1250" w:type="pct"/>
            <w:shd w:val="clear" w:color="auto" w:fill="D9EAF7"/>
          </w:tcPr>
          <w:p w14:paraId="37438D74" w14:textId="77777777" w:rsidR="00CF4515" w:rsidRDefault="00FD5B68">
            <w:r>
              <w:rPr>
                <w:b/>
              </w:rPr>
              <w:t>Fase</w:t>
            </w:r>
          </w:p>
        </w:tc>
        <w:tc>
          <w:tcPr>
            <w:tcW w:w="1250" w:type="pct"/>
            <w:shd w:val="clear" w:color="auto" w:fill="D9EAF7"/>
          </w:tcPr>
          <w:p w14:paraId="359665B2" w14:textId="77777777" w:rsidR="00CF4515" w:rsidRDefault="00FD5B68">
            <w:r>
              <w:rPr>
                <w:b/>
              </w:rPr>
              <w:t>Descripción</w:t>
            </w:r>
          </w:p>
        </w:tc>
        <w:tc>
          <w:tcPr>
            <w:tcW w:w="1250" w:type="pct"/>
            <w:shd w:val="clear" w:color="auto" w:fill="D9EAF7"/>
          </w:tcPr>
          <w:p w14:paraId="65C82D3C" w14:textId="77777777" w:rsidR="00CF4515" w:rsidRDefault="00FD5B68">
            <w:r>
              <w:rPr>
                <w:b/>
              </w:rPr>
              <w:t>Fecha de inicio</w:t>
            </w:r>
          </w:p>
        </w:tc>
        <w:tc>
          <w:tcPr>
            <w:tcW w:w="1250" w:type="pct"/>
            <w:shd w:val="clear" w:color="auto" w:fill="D9EAF7"/>
          </w:tcPr>
          <w:p w14:paraId="4B7C5341" w14:textId="77777777" w:rsidR="00CF4515" w:rsidRDefault="00FD5B68">
            <w:r>
              <w:rPr>
                <w:b/>
              </w:rPr>
              <w:t>Fecha de cierre</w:t>
            </w:r>
          </w:p>
        </w:tc>
      </w:tr>
      <w:tr w:rsidR="00CF4515" w14:paraId="3DE64FBA" w14:textId="77777777" w:rsidTr="008678EE">
        <w:tc>
          <w:tcPr>
            <w:tcW w:w="1250" w:type="pct"/>
          </w:tcPr>
          <w:p w14:paraId="45EF2D57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03AB448A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5C71251E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7BA9D892" w14:textId="77777777" w:rsidR="00CF4515" w:rsidRDefault="00FD5B68">
            <w:r>
              <w:t xml:space="preserve"> </w:t>
            </w:r>
          </w:p>
        </w:tc>
      </w:tr>
      <w:tr w:rsidR="00CF4515" w14:paraId="508EEA49" w14:textId="77777777" w:rsidTr="008678EE">
        <w:tc>
          <w:tcPr>
            <w:tcW w:w="1250" w:type="pct"/>
          </w:tcPr>
          <w:p w14:paraId="478D619F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15E6DC71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54A3A00F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24404474" w14:textId="77777777" w:rsidR="00CF4515" w:rsidRDefault="00FD5B68">
            <w:r>
              <w:t xml:space="preserve"> </w:t>
            </w:r>
          </w:p>
        </w:tc>
      </w:tr>
      <w:tr w:rsidR="00CF4515" w14:paraId="432A977D" w14:textId="77777777" w:rsidTr="008678EE">
        <w:tc>
          <w:tcPr>
            <w:tcW w:w="1250" w:type="pct"/>
          </w:tcPr>
          <w:p w14:paraId="15BECBB0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5398D842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29AD3418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74B44792" w14:textId="77777777" w:rsidR="00CF4515" w:rsidRDefault="00FD5B68">
            <w:r>
              <w:t xml:space="preserve"> </w:t>
            </w:r>
          </w:p>
        </w:tc>
      </w:tr>
      <w:tr w:rsidR="00CF4515" w14:paraId="691D1BED" w14:textId="77777777" w:rsidTr="008678EE">
        <w:tc>
          <w:tcPr>
            <w:tcW w:w="1250" w:type="pct"/>
          </w:tcPr>
          <w:p w14:paraId="54025C2B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7996BB94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26A7146E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72C77695" w14:textId="77777777" w:rsidR="00CF4515" w:rsidRDefault="00FD5B68">
            <w:r>
              <w:t xml:space="preserve"> </w:t>
            </w:r>
          </w:p>
        </w:tc>
      </w:tr>
      <w:tr w:rsidR="00CF4515" w14:paraId="59AFD4AB" w14:textId="77777777" w:rsidTr="008678EE">
        <w:tc>
          <w:tcPr>
            <w:tcW w:w="1250" w:type="pct"/>
          </w:tcPr>
          <w:p w14:paraId="1CC53F39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5617254E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50FEF2A2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5FAF0DC3" w14:textId="77777777" w:rsidR="00CF4515" w:rsidRDefault="00FD5B68">
            <w:r>
              <w:t xml:space="preserve"> </w:t>
            </w:r>
          </w:p>
        </w:tc>
      </w:tr>
    </w:tbl>
    <w:p w14:paraId="497E945D" w14:textId="77777777" w:rsidR="00CF4515" w:rsidRDefault="00FD5B68">
      <w:pPr>
        <w:shd w:val="clear" w:color="auto" w:fill="1F4E79"/>
        <w:spacing w:before="160" w:after="80"/>
      </w:pPr>
      <w:r>
        <w:rPr>
          <w:b/>
          <w:color w:val="FFFFFF"/>
          <w:sz w:val="23"/>
        </w:rPr>
        <w:t>3. Tareas por etapa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781"/>
        <w:gridCol w:w="1781"/>
        <w:gridCol w:w="1781"/>
        <w:gridCol w:w="1780"/>
        <w:gridCol w:w="1780"/>
        <w:gridCol w:w="1780"/>
      </w:tblGrid>
      <w:tr w:rsidR="00CF4515" w14:paraId="34EF611A" w14:textId="77777777" w:rsidTr="008678EE">
        <w:tc>
          <w:tcPr>
            <w:tcW w:w="833" w:type="pct"/>
            <w:shd w:val="clear" w:color="auto" w:fill="D9EAF7"/>
          </w:tcPr>
          <w:p w14:paraId="180E9160" w14:textId="77777777" w:rsidR="00CF4515" w:rsidRDefault="00FD5B68">
            <w:r>
              <w:rPr>
                <w:b/>
              </w:rPr>
              <w:t>Etapa / Fase</w:t>
            </w:r>
          </w:p>
        </w:tc>
        <w:tc>
          <w:tcPr>
            <w:tcW w:w="833" w:type="pct"/>
            <w:shd w:val="clear" w:color="auto" w:fill="D9EAF7"/>
          </w:tcPr>
          <w:p w14:paraId="01EBBE56" w14:textId="77777777" w:rsidR="00CF4515" w:rsidRDefault="00FD5B68">
            <w:r>
              <w:rPr>
                <w:b/>
              </w:rPr>
              <w:t>Tarea</w:t>
            </w:r>
          </w:p>
        </w:tc>
        <w:tc>
          <w:tcPr>
            <w:tcW w:w="833" w:type="pct"/>
            <w:shd w:val="clear" w:color="auto" w:fill="D9EAF7"/>
          </w:tcPr>
          <w:p w14:paraId="4BF18E08" w14:textId="77777777" w:rsidR="00CF4515" w:rsidRDefault="00FD5B68">
            <w:r>
              <w:rPr>
                <w:b/>
              </w:rPr>
              <w:t>Responsable</w:t>
            </w:r>
          </w:p>
        </w:tc>
        <w:tc>
          <w:tcPr>
            <w:tcW w:w="833" w:type="pct"/>
            <w:shd w:val="clear" w:color="auto" w:fill="D9EAF7"/>
          </w:tcPr>
          <w:p w14:paraId="0CE2A9DF" w14:textId="77777777" w:rsidR="00CF4515" w:rsidRDefault="00FD5B68">
            <w:r>
              <w:rPr>
                <w:b/>
              </w:rPr>
              <w:t>Fecha inicio</w:t>
            </w:r>
          </w:p>
        </w:tc>
        <w:tc>
          <w:tcPr>
            <w:tcW w:w="833" w:type="pct"/>
            <w:shd w:val="clear" w:color="auto" w:fill="D9EAF7"/>
          </w:tcPr>
          <w:p w14:paraId="6E9B75C6" w14:textId="77777777" w:rsidR="00CF4515" w:rsidRDefault="00FD5B68">
            <w:r>
              <w:rPr>
                <w:b/>
              </w:rPr>
              <w:t>Fecha fin</w:t>
            </w:r>
          </w:p>
        </w:tc>
        <w:tc>
          <w:tcPr>
            <w:tcW w:w="833" w:type="pct"/>
            <w:shd w:val="clear" w:color="auto" w:fill="D9EAF7"/>
          </w:tcPr>
          <w:p w14:paraId="5D021BBF" w14:textId="77777777" w:rsidR="00CF4515" w:rsidRDefault="00FD5B68">
            <w:r>
              <w:rPr>
                <w:b/>
              </w:rPr>
              <w:t>Estado</w:t>
            </w:r>
          </w:p>
        </w:tc>
      </w:tr>
      <w:tr w:rsidR="00CF4515" w14:paraId="482F42A2" w14:textId="77777777" w:rsidTr="008678EE">
        <w:tc>
          <w:tcPr>
            <w:tcW w:w="833" w:type="pct"/>
          </w:tcPr>
          <w:p w14:paraId="5E6CFFCE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169E681E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560CF80D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4A94EA8E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4DF72FA3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1EEB6931" w14:textId="77777777" w:rsidR="00CF4515" w:rsidRDefault="00FD5B68">
            <w:r>
              <w:t xml:space="preserve"> </w:t>
            </w:r>
          </w:p>
        </w:tc>
      </w:tr>
      <w:tr w:rsidR="00CF4515" w14:paraId="2E358A8B" w14:textId="77777777" w:rsidTr="008678EE">
        <w:tc>
          <w:tcPr>
            <w:tcW w:w="833" w:type="pct"/>
          </w:tcPr>
          <w:p w14:paraId="581C25C7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4AE236D5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635E66AA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37956711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799FD2CF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03675506" w14:textId="77777777" w:rsidR="00CF4515" w:rsidRDefault="00FD5B68">
            <w:r>
              <w:t xml:space="preserve"> </w:t>
            </w:r>
          </w:p>
        </w:tc>
      </w:tr>
      <w:tr w:rsidR="00CF4515" w14:paraId="0A2848E3" w14:textId="77777777" w:rsidTr="008678EE">
        <w:tc>
          <w:tcPr>
            <w:tcW w:w="833" w:type="pct"/>
          </w:tcPr>
          <w:p w14:paraId="5710B549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3707939A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38B64BDE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44896415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65D14AB3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292BA366" w14:textId="77777777" w:rsidR="00CF4515" w:rsidRDefault="00FD5B68">
            <w:r>
              <w:t xml:space="preserve"> </w:t>
            </w:r>
          </w:p>
        </w:tc>
      </w:tr>
      <w:tr w:rsidR="00CF4515" w14:paraId="3399C298" w14:textId="77777777" w:rsidTr="008678EE">
        <w:tc>
          <w:tcPr>
            <w:tcW w:w="833" w:type="pct"/>
          </w:tcPr>
          <w:p w14:paraId="4680F538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5C4C4D7E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7645C70B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6DF1DCE4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72B4063E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7F607C9E" w14:textId="77777777" w:rsidR="00CF4515" w:rsidRDefault="00FD5B68">
            <w:r>
              <w:t xml:space="preserve"> </w:t>
            </w:r>
          </w:p>
        </w:tc>
      </w:tr>
      <w:tr w:rsidR="00CF4515" w14:paraId="2740BBF8" w14:textId="77777777" w:rsidTr="008678EE">
        <w:tc>
          <w:tcPr>
            <w:tcW w:w="833" w:type="pct"/>
          </w:tcPr>
          <w:p w14:paraId="2CCB0B2D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04787B8B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1D282DD5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29730FE9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3E3614B8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3BC59DBA" w14:textId="77777777" w:rsidR="00CF4515" w:rsidRDefault="00FD5B68">
            <w:r>
              <w:t xml:space="preserve"> </w:t>
            </w:r>
          </w:p>
        </w:tc>
      </w:tr>
      <w:tr w:rsidR="00CF4515" w14:paraId="631B4700" w14:textId="77777777" w:rsidTr="008678EE">
        <w:tc>
          <w:tcPr>
            <w:tcW w:w="833" w:type="pct"/>
          </w:tcPr>
          <w:p w14:paraId="7977D2EF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04E423B9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3F3B1E4A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5A05CB8E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2B5EFC26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75FC176A" w14:textId="77777777" w:rsidR="00CF4515" w:rsidRDefault="00FD5B68">
            <w:r>
              <w:t xml:space="preserve"> </w:t>
            </w:r>
          </w:p>
        </w:tc>
      </w:tr>
      <w:tr w:rsidR="00CF4515" w14:paraId="3AE3E9F5" w14:textId="77777777" w:rsidTr="008678EE">
        <w:tc>
          <w:tcPr>
            <w:tcW w:w="833" w:type="pct"/>
          </w:tcPr>
          <w:p w14:paraId="287FB0D4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45AF8916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7A2AE32F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5A5A8C3E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5EC2FE43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79A14513" w14:textId="77777777" w:rsidR="00CF4515" w:rsidRDefault="00FD5B68">
            <w:r>
              <w:t xml:space="preserve"> </w:t>
            </w:r>
          </w:p>
        </w:tc>
      </w:tr>
      <w:tr w:rsidR="00CF4515" w14:paraId="49561CEE" w14:textId="77777777" w:rsidTr="008678EE">
        <w:tc>
          <w:tcPr>
            <w:tcW w:w="833" w:type="pct"/>
          </w:tcPr>
          <w:p w14:paraId="54931FD0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2B38572A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2B74AF9D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3681ED35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3175D58F" w14:textId="77777777" w:rsidR="00CF4515" w:rsidRDefault="00FD5B68">
            <w:r>
              <w:t xml:space="preserve"> </w:t>
            </w:r>
          </w:p>
        </w:tc>
        <w:tc>
          <w:tcPr>
            <w:tcW w:w="833" w:type="pct"/>
          </w:tcPr>
          <w:p w14:paraId="108E977C" w14:textId="77777777" w:rsidR="00CF4515" w:rsidRDefault="00FD5B68">
            <w:r>
              <w:t xml:space="preserve"> </w:t>
            </w:r>
          </w:p>
        </w:tc>
      </w:tr>
    </w:tbl>
    <w:p w14:paraId="07A0A8BC" w14:textId="77777777" w:rsidR="00CF4515" w:rsidRDefault="00FD5B68">
      <w:pPr>
        <w:shd w:val="clear" w:color="auto" w:fill="1F4E79"/>
        <w:spacing w:before="160" w:after="80"/>
      </w:pPr>
      <w:r>
        <w:rPr>
          <w:b/>
          <w:color w:val="FFFFFF"/>
          <w:sz w:val="23"/>
        </w:rPr>
        <w:t>4. Recursos del proyecto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218"/>
        <w:gridCol w:w="5465"/>
      </w:tblGrid>
      <w:tr w:rsidR="00CF4515" w14:paraId="246830A0" w14:textId="77777777" w:rsidTr="008678EE">
        <w:tc>
          <w:tcPr>
            <w:tcW w:w="2442" w:type="pct"/>
            <w:shd w:val="clear" w:color="auto" w:fill="D9EAF7"/>
          </w:tcPr>
          <w:p w14:paraId="3975F8B5" w14:textId="77777777" w:rsidR="00CF4515" w:rsidRDefault="00FD5B68">
            <w:r>
              <w:rPr>
                <w:b/>
              </w:rPr>
              <w:t>Recursos humanos</w:t>
            </w:r>
          </w:p>
        </w:tc>
        <w:tc>
          <w:tcPr>
            <w:tcW w:w="2558" w:type="pct"/>
          </w:tcPr>
          <w:p w14:paraId="7DD30B5F" w14:textId="77777777" w:rsidR="00CF4515" w:rsidRDefault="00FD5B68">
            <w:r>
              <w:t>____________________________________________</w:t>
            </w:r>
          </w:p>
        </w:tc>
      </w:tr>
      <w:tr w:rsidR="00CF4515" w14:paraId="4CDA6A0E" w14:textId="77777777" w:rsidTr="008678EE">
        <w:tc>
          <w:tcPr>
            <w:tcW w:w="2442" w:type="pct"/>
            <w:shd w:val="clear" w:color="auto" w:fill="D9EAF7"/>
          </w:tcPr>
          <w:p w14:paraId="4C1E405E" w14:textId="77777777" w:rsidR="00CF4515" w:rsidRDefault="00FD5B68">
            <w:r>
              <w:rPr>
                <w:b/>
              </w:rPr>
              <w:t>Recursos materiales</w:t>
            </w:r>
          </w:p>
        </w:tc>
        <w:tc>
          <w:tcPr>
            <w:tcW w:w="2558" w:type="pct"/>
          </w:tcPr>
          <w:p w14:paraId="3F98329C" w14:textId="77777777" w:rsidR="00CF4515" w:rsidRDefault="00FD5B68">
            <w:r>
              <w:t>____________________________________________</w:t>
            </w:r>
          </w:p>
        </w:tc>
      </w:tr>
      <w:tr w:rsidR="00CF4515" w14:paraId="64FFB93D" w14:textId="77777777" w:rsidTr="008678EE">
        <w:tc>
          <w:tcPr>
            <w:tcW w:w="2442" w:type="pct"/>
            <w:shd w:val="clear" w:color="auto" w:fill="D9EAF7"/>
          </w:tcPr>
          <w:p w14:paraId="72237DB0" w14:textId="77777777" w:rsidR="00CF4515" w:rsidRDefault="00FD5B68">
            <w:r>
              <w:rPr>
                <w:b/>
              </w:rPr>
              <w:t>Recursos tecnológicos</w:t>
            </w:r>
          </w:p>
        </w:tc>
        <w:tc>
          <w:tcPr>
            <w:tcW w:w="2558" w:type="pct"/>
          </w:tcPr>
          <w:p w14:paraId="5699CAA3" w14:textId="77777777" w:rsidR="00CF4515" w:rsidRDefault="00FD5B68">
            <w:r>
              <w:t>____________________________________________</w:t>
            </w:r>
          </w:p>
        </w:tc>
      </w:tr>
      <w:tr w:rsidR="00CF4515" w14:paraId="522C24AC" w14:textId="77777777" w:rsidTr="008678EE">
        <w:tc>
          <w:tcPr>
            <w:tcW w:w="2442" w:type="pct"/>
            <w:shd w:val="clear" w:color="auto" w:fill="D9EAF7"/>
          </w:tcPr>
          <w:p w14:paraId="417233D3" w14:textId="77777777" w:rsidR="00CF4515" w:rsidRDefault="00FD5B68">
            <w:r>
              <w:rPr>
                <w:b/>
              </w:rPr>
              <w:t>Presupuesto estimado</w:t>
            </w:r>
          </w:p>
        </w:tc>
        <w:tc>
          <w:tcPr>
            <w:tcW w:w="2558" w:type="pct"/>
          </w:tcPr>
          <w:p w14:paraId="553AF740" w14:textId="77777777" w:rsidR="00CF4515" w:rsidRDefault="00FD5B68">
            <w:r>
              <w:t>____________________________________________</w:t>
            </w:r>
          </w:p>
        </w:tc>
      </w:tr>
    </w:tbl>
    <w:p w14:paraId="0287ACD6" w14:textId="77777777" w:rsidR="00CF4515" w:rsidRDefault="00FD5B68">
      <w:pPr>
        <w:shd w:val="clear" w:color="auto" w:fill="1F4E79"/>
        <w:spacing w:before="160" w:after="80"/>
      </w:pPr>
      <w:r>
        <w:rPr>
          <w:b/>
          <w:color w:val="FFFFFF"/>
          <w:sz w:val="23"/>
        </w:rPr>
        <w:t>5. Indicadores de avance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670"/>
        <w:gridCol w:w="2671"/>
        <w:gridCol w:w="2671"/>
        <w:gridCol w:w="2671"/>
      </w:tblGrid>
      <w:tr w:rsidR="00CF4515" w14:paraId="7753B3A2" w14:textId="77777777" w:rsidTr="008678EE">
        <w:tc>
          <w:tcPr>
            <w:tcW w:w="1250" w:type="pct"/>
            <w:shd w:val="clear" w:color="auto" w:fill="D9EAF7"/>
          </w:tcPr>
          <w:p w14:paraId="29FE32C2" w14:textId="77777777" w:rsidR="00CF4515" w:rsidRDefault="00FD5B68">
            <w:r>
              <w:rPr>
                <w:b/>
              </w:rPr>
              <w:t>Indicador</w:t>
            </w:r>
          </w:p>
        </w:tc>
        <w:tc>
          <w:tcPr>
            <w:tcW w:w="1250" w:type="pct"/>
            <w:shd w:val="clear" w:color="auto" w:fill="D9EAF7"/>
          </w:tcPr>
          <w:p w14:paraId="17EE0BFB" w14:textId="77777777" w:rsidR="00CF4515" w:rsidRDefault="00FD5B68">
            <w:r>
              <w:rPr>
                <w:b/>
              </w:rPr>
              <w:t>Meta</w:t>
            </w:r>
          </w:p>
        </w:tc>
        <w:tc>
          <w:tcPr>
            <w:tcW w:w="1250" w:type="pct"/>
            <w:shd w:val="clear" w:color="auto" w:fill="D9EAF7"/>
          </w:tcPr>
          <w:p w14:paraId="224E5BF3" w14:textId="77777777" w:rsidR="00CF4515" w:rsidRDefault="00FD5B68">
            <w:r>
              <w:rPr>
                <w:b/>
              </w:rPr>
              <w:t>Resultado actual</w:t>
            </w:r>
          </w:p>
        </w:tc>
        <w:tc>
          <w:tcPr>
            <w:tcW w:w="1250" w:type="pct"/>
            <w:shd w:val="clear" w:color="auto" w:fill="D9EAF7"/>
          </w:tcPr>
          <w:p w14:paraId="332A42DC" w14:textId="77777777" w:rsidR="00CF4515" w:rsidRDefault="00FD5B68">
            <w:r>
              <w:rPr>
                <w:b/>
              </w:rPr>
              <w:t>Observación</w:t>
            </w:r>
          </w:p>
        </w:tc>
      </w:tr>
      <w:tr w:rsidR="00CF4515" w14:paraId="507CA4A8" w14:textId="77777777" w:rsidTr="008678EE">
        <w:tc>
          <w:tcPr>
            <w:tcW w:w="1250" w:type="pct"/>
          </w:tcPr>
          <w:p w14:paraId="611F3327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04FA4F31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11BCAD1F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0E4A3915" w14:textId="77777777" w:rsidR="00CF4515" w:rsidRDefault="00FD5B68">
            <w:r>
              <w:t xml:space="preserve"> </w:t>
            </w:r>
          </w:p>
        </w:tc>
      </w:tr>
      <w:tr w:rsidR="00CF4515" w14:paraId="6A9E02D6" w14:textId="77777777" w:rsidTr="008678EE">
        <w:tc>
          <w:tcPr>
            <w:tcW w:w="1250" w:type="pct"/>
          </w:tcPr>
          <w:p w14:paraId="58C5AC8D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3279902A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7C9C6728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172E69D0" w14:textId="77777777" w:rsidR="00CF4515" w:rsidRDefault="00FD5B68">
            <w:r>
              <w:t xml:space="preserve"> </w:t>
            </w:r>
          </w:p>
        </w:tc>
      </w:tr>
      <w:tr w:rsidR="00CF4515" w14:paraId="5F04DBD5" w14:textId="77777777" w:rsidTr="008678EE">
        <w:tc>
          <w:tcPr>
            <w:tcW w:w="1250" w:type="pct"/>
          </w:tcPr>
          <w:p w14:paraId="4ADFC760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05F07C7B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75E41C8C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4B282AF5" w14:textId="77777777" w:rsidR="00CF4515" w:rsidRDefault="00FD5B68">
            <w:r>
              <w:t xml:space="preserve"> </w:t>
            </w:r>
          </w:p>
        </w:tc>
      </w:tr>
      <w:tr w:rsidR="00CF4515" w14:paraId="766923BE" w14:textId="77777777" w:rsidTr="008678EE">
        <w:tc>
          <w:tcPr>
            <w:tcW w:w="1250" w:type="pct"/>
          </w:tcPr>
          <w:p w14:paraId="58726A9F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38713359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69CBB226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467E4D52" w14:textId="77777777" w:rsidR="00CF4515" w:rsidRDefault="00FD5B68">
            <w:r>
              <w:t xml:space="preserve"> </w:t>
            </w:r>
          </w:p>
        </w:tc>
      </w:tr>
      <w:tr w:rsidR="00CF4515" w14:paraId="655ED65E" w14:textId="77777777" w:rsidTr="008678EE">
        <w:tc>
          <w:tcPr>
            <w:tcW w:w="1250" w:type="pct"/>
          </w:tcPr>
          <w:p w14:paraId="3A8D31E0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55BF2FF9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22A035E1" w14:textId="77777777" w:rsidR="00CF4515" w:rsidRDefault="00FD5B68">
            <w:r>
              <w:t xml:space="preserve"> </w:t>
            </w:r>
          </w:p>
        </w:tc>
        <w:tc>
          <w:tcPr>
            <w:tcW w:w="1250" w:type="pct"/>
          </w:tcPr>
          <w:p w14:paraId="773FCB15" w14:textId="77777777" w:rsidR="00CF4515" w:rsidRDefault="00FD5B68">
            <w:r>
              <w:t xml:space="preserve"> </w:t>
            </w:r>
          </w:p>
        </w:tc>
      </w:tr>
    </w:tbl>
    <w:p w14:paraId="0252CA2A" w14:textId="77777777" w:rsidR="00CF4515" w:rsidRDefault="00CF4515"/>
    <w:p w14:paraId="3D2263F5" w14:textId="77777777" w:rsidR="00CF4515" w:rsidRDefault="00FD5B68">
      <w:pPr>
        <w:shd w:val="clear" w:color="auto" w:fill="1F4E79"/>
        <w:spacing w:before="160" w:after="80"/>
      </w:pPr>
      <w:r>
        <w:rPr>
          <w:b/>
          <w:color w:val="FFFFFF"/>
          <w:sz w:val="23"/>
        </w:rPr>
        <w:t>6. Observaciones generales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0683"/>
      </w:tblGrid>
      <w:tr w:rsidR="00CF4515" w14:paraId="15552CCA" w14:textId="77777777" w:rsidTr="008678EE">
        <w:tc>
          <w:tcPr>
            <w:tcW w:w="5000" w:type="pct"/>
          </w:tcPr>
          <w:p w14:paraId="6B617868" w14:textId="77777777" w:rsidR="00CF4515" w:rsidRDefault="00FD5B68">
            <w:r>
              <w:t xml:space="preserve"> </w:t>
            </w:r>
          </w:p>
        </w:tc>
      </w:tr>
      <w:tr w:rsidR="00CF4515" w14:paraId="4F48F55A" w14:textId="77777777" w:rsidTr="008678EE">
        <w:tc>
          <w:tcPr>
            <w:tcW w:w="5000" w:type="pct"/>
          </w:tcPr>
          <w:p w14:paraId="7FA3F05C" w14:textId="77777777" w:rsidR="00CF4515" w:rsidRDefault="00FD5B68">
            <w:r>
              <w:t xml:space="preserve"> </w:t>
            </w:r>
          </w:p>
        </w:tc>
      </w:tr>
      <w:tr w:rsidR="00CF4515" w14:paraId="4723D779" w14:textId="77777777" w:rsidTr="008678EE">
        <w:tc>
          <w:tcPr>
            <w:tcW w:w="5000" w:type="pct"/>
          </w:tcPr>
          <w:p w14:paraId="3CF96852" w14:textId="77777777" w:rsidR="00CF4515" w:rsidRDefault="00FD5B68">
            <w:r>
              <w:t xml:space="preserve"> </w:t>
            </w:r>
          </w:p>
        </w:tc>
      </w:tr>
      <w:tr w:rsidR="00CF4515" w14:paraId="482026B2" w14:textId="77777777" w:rsidTr="008678EE">
        <w:tc>
          <w:tcPr>
            <w:tcW w:w="5000" w:type="pct"/>
          </w:tcPr>
          <w:p w14:paraId="450E13F3" w14:textId="77777777" w:rsidR="00CF4515" w:rsidRDefault="00FD5B68">
            <w:r>
              <w:t xml:space="preserve"> </w:t>
            </w:r>
          </w:p>
        </w:tc>
      </w:tr>
    </w:tbl>
    <w:p w14:paraId="14795734" w14:textId="77777777" w:rsidR="00CF4515" w:rsidRDefault="00CF4515"/>
    <w:p w14:paraId="0E1325E2" w14:textId="77777777" w:rsidR="00CF4515" w:rsidRDefault="00FD5B68">
      <w:pPr>
        <w:shd w:val="clear" w:color="auto" w:fill="1F4E79"/>
        <w:spacing w:before="160" w:after="80"/>
      </w:pPr>
      <w:r>
        <w:rPr>
          <w:b/>
          <w:color w:val="FFFFFF"/>
          <w:sz w:val="23"/>
        </w:rPr>
        <w:t>7. Firmas de aprobación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341"/>
        <w:gridCol w:w="5342"/>
      </w:tblGrid>
      <w:tr w:rsidR="00CF4515" w14:paraId="7FA07C4B" w14:textId="77777777" w:rsidTr="008678EE">
        <w:tc>
          <w:tcPr>
            <w:tcW w:w="2500" w:type="pct"/>
            <w:shd w:val="clear" w:color="auto" w:fill="D9EAF7"/>
          </w:tcPr>
          <w:p w14:paraId="0FA1073A" w14:textId="77777777" w:rsidR="00CF4515" w:rsidRDefault="00FD5B68">
            <w:r>
              <w:rPr>
                <w:b/>
              </w:rPr>
              <w:t>Responsable del proyecto</w:t>
            </w:r>
          </w:p>
        </w:tc>
        <w:tc>
          <w:tcPr>
            <w:tcW w:w="2500" w:type="pct"/>
            <w:shd w:val="clear" w:color="auto" w:fill="D9EAF7"/>
          </w:tcPr>
          <w:p w14:paraId="2F9EF16C" w14:textId="77777777" w:rsidR="00CF4515" w:rsidRDefault="00FD5B68">
            <w:r>
              <w:rPr>
                <w:b/>
              </w:rPr>
              <w:t>Aprobado por</w:t>
            </w:r>
          </w:p>
        </w:tc>
      </w:tr>
      <w:tr w:rsidR="00CF4515" w14:paraId="70B1FBF5" w14:textId="77777777" w:rsidTr="008678EE">
        <w:tc>
          <w:tcPr>
            <w:tcW w:w="2500" w:type="pct"/>
          </w:tcPr>
          <w:p w14:paraId="4ACD5510" w14:textId="77777777" w:rsidR="00CF4515" w:rsidRDefault="00FD5B68">
            <w:r>
              <w:br/>
            </w:r>
            <w:r>
              <w:br/>
              <w:t>_______________________________</w:t>
            </w:r>
          </w:p>
        </w:tc>
        <w:tc>
          <w:tcPr>
            <w:tcW w:w="2500" w:type="pct"/>
          </w:tcPr>
          <w:p w14:paraId="42451E8E" w14:textId="77777777" w:rsidR="00CF4515" w:rsidRDefault="00FD5B68">
            <w:r>
              <w:br/>
            </w:r>
            <w:r>
              <w:br/>
              <w:t>_______________________________</w:t>
            </w:r>
          </w:p>
        </w:tc>
      </w:tr>
    </w:tbl>
    <w:p w14:paraId="771BE60E" w14:textId="77777777" w:rsidR="00FD5B68" w:rsidRDefault="00FD5B68"/>
    <w:sectPr w:rsidR="00FD5B68" w:rsidSect="008678EE">
      <w:headerReference w:type="default" r:id="rId8"/>
      <w:footerReference w:type="default" r:id="rId9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511C1" w14:textId="77777777" w:rsidR="000224C1" w:rsidRDefault="000224C1" w:rsidP="000224C1">
      <w:pPr>
        <w:spacing w:after="0" w:line="240" w:lineRule="auto"/>
      </w:pPr>
      <w:r>
        <w:separator/>
      </w:r>
    </w:p>
  </w:endnote>
  <w:endnote w:type="continuationSeparator" w:id="0">
    <w:p w14:paraId="1DB7238C" w14:textId="77777777" w:rsidR="000224C1" w:rsidRDefault="000224C1" w:rsidP="00022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52CF" w14:textId="6453D86F" w:rsidR="000224C1" w:rsidRDefault="000224C1">
    <w:pPr>
      <w:pStyle w:val="Piedepgina"/>
    </w:pPr>
    <w:r w:rsidRPr="000224C1">
      <w:t>https://formatoescrito.com/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AE53C" w14:textId="77777777" w:rsidR="000224C1" w:rsidRDefault="000224C1" w:rsidP="000224C1">
      <w:pPr>
        <w:spacing w:after="0" w:line="240" w:lineRule="auto"/>
      </w:pPr>
      <w:r>
        <w:separator/>
      </w:r>
    </w:p>
  </w:footnote>
  <w:footnote w:type="continuationSeparator" w:id="0">
    <w:p w14:paraId="23D3BFC9" w14:textId="77777777" w:rsidR="000224C1" w:rsidRDefault="000224C1" w:rsidP="00022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C5FDD" w14:textId="2D28E78A" w:rsidR="000224C1" w:rsidRDefault="000224C1">
    <w:pPr>
      <w:pStyle w:val="Encabezado"/>
    </w:pPr>
    <w:hyperlink r:id="rId1" w:history="1">
      <w:r w:rsidRPr="000224C1">
        <w:rPr>
          <w:rStyle w:val="Hipervnculo"/>
        </w:rPr>
        <w:t>https://formatoescrito.com/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58124652">
    <w:abstractNumId w:val="8"/>
  </w:num>
  <w:num w:numId="2" w16cid:durableId="2015766017">
    <w:abstractNumId w:val="6"/>
  </w:num>
  <w:num w:numId="3" w16cid:durableId="1977181993">
    <w:abstractNumId w:val="5"/>
  </w:num>
  <w:num w:numId="4" w16cid:durableId="131025281">
    <w:abstractNumId w:val="4"/>
  </w:num>
  <w:num w:numId="5" w16cid:durableId="944196073">
    <w:abstractNumId w:val="7"/>
  </w:num>
  <w:num w:numId="6" w16cid:durableId="422992434">
    <w:abstractNumId w:val="3"/>
  </w:num>
  <w:num w:numId="7" w16cid:durableId="125583863">
    <w:abstractNumId w:val="2"/>
  </w:num>
  <w:num w:numId="8" w16cid:durableId="1078939192">
    <w:abstractNumId w:val="1"/>
  </w:num>
  <w:num w:numId="9" w16cid:durableId="163590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24C1"/>
    <w:rsid w:val="00034616"/>
    <w:rsid w:val="0006063C"/>
    <w:rsid w:val="0015074B"/>
    <w:rsid w:val="0029639D"/>
    <w:rsid w:val="00326F90"/>
    <w:rsid w:val="0065488A"/>
    <w:rsid w:val="008678EE"/>
    <w:rsid w:val="00AA1D8D"/>
    <w:rsid w:val="00B47730"/>
    <w:rsid w:val="00CB0664"/>
    <w:rsid w:val="00CF4515"/>
    <w:rsid w:val="00E35F0C"/>
    <w:rsid w:val="00FC693F"/>
    <w:rsid w:val="00FD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552B9E52"/>
  <w14:defaultImageDpi w14:val="300"/>
  <w15:docId w15:val="{86BEF697-6A08-45A4-A4EC-686C22587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0224C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22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B6AFA19-81C2-4629-9D6B-317378202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198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aneudy Peña</cp:lastModifiedBy>
  <cp:revision>4</cp:revision>
  <dcterms:created xsi:type="dcterms:W3CDTF">2013-12-23T23:15:00Z</dcterms:created>
  <dcterms:modified xsi:type="dcterms:W3CDTF">2026-06-26T00:14:00Z</dcterms:modified>
  <cp:category/>
</cp:coreProperties>
</file>