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3B8DF5" w14:textId="5740DFC6" w:rsidR="00603D74" w:rsidRPr="0073633B" w:rsidRDefault="00202757" w:rsidP="0073633B">
      <w:pPr>
        <w:spacing w:after="60" w:line="240" w:lineRule="auto"/>
        <w:jc w:val="center"/>
        <w:rPr>
          <w:rFonts w:hint="eastAsia"/>
          <w:color w:val="244061" w:themeColor="accent1" w:themeShade="80"/>
          <w:sz w:val="29"/>
          <w:lang w:val="es-ES"/>
        </w:rPr>
      </w:pPr>
      <w:r w:rsidRPr="008B2EF1">
        <w:rPr>
          <w:b/>
          <w:color w:val="244061" w:themeColor="accent1" w:themeShade="80"/>
          <w:sz w:val="40"/>
          <w:lang w:val="es-ES"/>
        </w:rPr>
        <w:t>HOJA DE RUTA OPERATIVA</w:t>
      </w:r>
    </w:p>
    <w:tbl>
      <w:tblPr>
        <w:tblStyle w:val="Sombreadomedio2-nfasis1"/>
        <w:tblW w:w="5000" w:type="pct"/>
        <w:tblLook w:val="04A0" w:firstRow="1" w:lastRow="0" w:firstColumn="1" w:lastColumn="0" w:noHBand="0" w:noVBand="1"/>
      </w:tblPr>
      <w:tblGrid>
        <w:gridCol w:w="10683"/>
      </w:tblGrid>
      <w:tr w:rsidR="00603D74" w:rsidRPr="00B84B00" w14:paraId="39543C7F" w14:textId="77777777" w:rsidTr="00047F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000" w:type="pct"/>
          </w:tcPr>
          <w:p w14:paraId="5BC1EAA9" w14:textId="77777777" w:rsidR="00603D74" w:rsidRPr="004226AD" w:rsidRDefault="00603D74">
            <w:pPr>
              <w:rPr>
                <w:rFonts w:hint="eastAsia"/>
                <w:lang w:val="es-ES"/>
              </w:rPr>
            </w:pPr>
          </w:p>
        </w:tc>
      </w:tr>
    </w:tbl>
    <w:p w14:paraId="6FA1AB93" w14:textId="77777777" w:rsidR="00603D74" w:rsidRDefault="00202757">
      <w:pPr>
        <w:spacing w:before="160" w:after="80" w:line="240" w:lineRule="auto"/>
        <w:rPr>
          <w:rFonts w:hint="eastAsia"/>
        </w:rPr>
      </w:pPr>
      <w:r>
        <w:rPr>
          <w:b/>
          <w:color w:val="3C3C3C"/>
          <w:sz w:val="19"/>
        </w:rPr>
        <w:t>DATOS GENERALES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099"/>
        <w:gridCol w:w="3243"/>
        <w:gridCol w:w="2098"/>
        <w:gridCol w:w="3243"/>
      </w:tblGrid>
      <w:tr w:rsidR="00603D74" w14:paraId="2589E0DA" w14:textId="77777777" w:rsidTr="00047F63">
        <w:tc>
          <w:tcPr>
            <w:tcW w:w="982" w:type="pc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1F497D" w:themeFill="text2"/>
            <w:vAlign w:val="center"/>
          </w:tcPr>
          <w:p w14:paraId="284025A2" w14:textId="77777777" w:rsidR="00603D74" w:rsidRPr="008B2EF1" w:rsidRDefault="00202757">
            <w:pPr>
              <w:rPr>
                <w:rFonts w:hint="eastAsia"/>
                <w:color w:val="FFFFFF" w:themeColor="background1"/>
              </w:rPr>
            </w:pPr>
            <w:r w:rsidRPr="008B2EF1">
              <w:rPr>
                <w:b/>
                <w:color w:val="FFFFFF" w:themeColor="background1"/>
                <w:sz w:val="18"/>
              </w:rPr>
              <w:t>Empresa / Área</w:t>
            </w:r>
          </w:p>
        </w:tc>
        <w:tc>
          <w:tcPr>
            <w:tcW w:w="1518" w:type="pc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vAlign w:val="center"/>
          </w:tcPr>
          <w:p w14:paraId="3FF07BD0" w14:textId="77777777" w:rsidR="00603D74" w:rsidRDefault="00202757">
            <w:pPr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982" w:type="pc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1F497D" w:themeFill="text2"/>
            <w:vAlign w:val="center"/>
          </w:tcPr>
          <w:p w14:paraId="07CAAABD" w14:textId="77777777" w:rsidR="00603D74" w:rsidRPr="008B2EF1" w:rsidRDefault="00202757">
            <w:pPr>
              <w:rPr>
                <w:rFonts w:hint="eastAsia"/>
                <w:color w:val="FFFFFF" w:themeColor="background1"/>
              </w:rPr>
            </w:pPr>
            <w:r w:rsidRPr="008B2EF1">
              <w:rPr>
                <w:b/>
                <w:color w:val="FFFFFF" w:themeColor="background1"/>
                <w:sz w:val="18"/>
              </w:rPr>
              <w:t>Fecha</w:t>
            </w:r>
          </w:p>
        </w:tc>
        <w:tc>
          <w:tcPr>
            <w:tcW w:w="1518" w:type="pc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vAlign w:val="center"/>
          </w:tcPr>
          <w:p w14:paraId="0504D5C7" w14:textId="77777777" w:rsidR="00603D74" w:rsidRDefault="00202757">
            <w:pPr>
              <w:rPr>
                <w:rFonts w:hint="eastAsia"/>
              </w:rPr>
            </w:pPr>
            <w:r>
              <w:t xml:space="preserve"> </w:t>
            </w:r>
          </w:p>
        </w:tc>
      </w:tr>
      <w:tr w:rsidR="00603D74" w14:paraId="6AD69FC6" w14:textId="77777777" w:rsidTr="00047F63">
        <w:tc>
          <w:tcPr>
            <w:tcW w:w="982" w:type="pc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1F497D" w:themeFill="text2"/>
            <w:vAlign w:val="center"/>
          </w:tcPr>
          <w:p w14:paraId="3583CF75" w14:textId="77777777" w:rsidR="00603D74" w:rsidRPr="008B2EF1" w:rsidRDefault="00202757">
            <w:pPr>
              <w:rPr>
                <w:rFonts w:hint="eastAsia"/>
                <w:color w:val="FFFFFF" w:themeColor="background1"/>
              </w:rPr>
            </w:pPr>
            <w:r w:rsidRPr="008B2EF1">
              <w:rPr>
                <w:b/>
                <w:color w:val="FFFFFF" w:themeColor="background1"/>
                <w:sz w:val="18"/>
              </w:rPr>
              <w:t>Tipo de actividad</w:t>
            </w:r>
          </w:p>
        </w:tc>
        <w:tc>
          <w:tcPr>
            <w:tcW w:w="1518" w:type="pc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vAlign w:val="center"/>
          </w:tcPr>
          <w:p w14:paraId="1CBA8131" w14:textId="77777777" w:rsidR="00603D74" w:rsidRDefault="00202757">
            <w:pPr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982" w:type="pc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1F497D" w:themeFill="text2"/>
            <w:vAlign w:val="center"/>
          </w:tcPr>
          <w:p w14:paraId="39FAE56E" w14:textId="77777777" w:rsidR="00603D74" w:rsidRPr="008B2EF1" w:rsidRDefault="00202757">
            <w:pPr>
              <w:rPr>
                <w:rFonts w:hint="eastAsia"/>
                <w:color w:val="FFFFFF" w:themeColor="background1"/>
              </w:rPr>
            </w:pPr>
            <w:r w:rsidRPr="008B2EF1">
              <w:rPr>
                <w:b/>
                <w:color w:val="FFFFFF" w:themeColor="background1"/>
                <w:sz w:val="18"/>
              </w:rPr>
              <w:t>Responsable / Técnico</w:t>
            </w:r>
          </w:p>
        </w:tc>
        <w:tc>
          <w:tcPr>
            <w:tcW w:w="1518" w:type="pc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vAlign w:val="center"/>
          </w:tcPr>
          <w:p w14:paraId="69408261" w14:textId="77777777" w:rsidR="00603D74" w:rsidRDefault="00202757">
            <w:pPr>
              <w:rPr>
                <w:rFonts w:hint="eastAsia"/>
              </w:rPr>
            </w:pPr>
            <w:r>
              <w:t xml:space="preserve"> </w:t>
            </w:r>
          </w:p>
        </w:tc>
      </w:tr>
      <w:tr w:rsidR="00603D74" w14:paraId="6DF819A1" w14:textId="77777777" w:rsidTr="00047F63">
        <w:tc>
          <w:tcPr>
            <w:tcW w:w="982" w:type="pc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1F497D" w:themeFill="text2"/>
            <w:vAlign w:val="center"/>
          </w:tcPr>
          <w:p w14:paraId="46BC5548" w14:textId="77777777" w:rsidR="00603D74" w:rsidRPr="008B2EF1" w:rsidRDefault="00202757">
            <w:pPr>
              <w:rPr>
                <w:rFonts w:hint="eastAsia"/>
                <w:color w:val="FFFFFF" w:themeColor="background1"/>
              </w:rPr>
            </w:pPr>
            <w:r w:rsidRPr="008B2EF1">
              <w:rPr>
                <w:b/>
                <w:color w:val="FFFFFF" w:themeColor="background1"/>
                <w:sz w:val="18"/>
              </w:rPr>
              <w:t>Cliente / Sucursal</w:t>
            </w:r>
          </w:p>
        </w:tc>
        <w:tc>
          <w:tcPr>
            <w:tcW w:w="1518" w:type="pc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vAlign w:val="center"/>
          </w:tcPr>
          <w:p w14:paraId="422089CA" w14:textId="77777777" w:rsidR="00603D74" w:rsidRDefault="00202757">
            <w:pPr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982" w:type="pc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1F497D" w:themeFill="text2"/>
            <w:vAlign w:val="center"/>
          </w:tcPr>
          <w:p w14:paraId="7552F407" w14:textId="77777777" w:rsidR="00603D74" w:rsidRPr="008B2EF1" w:rsidRDefault="00202757">
            <w:pPr>
              <w:rPr>
                <w:rFonts w:hint="eastAsia"/>
                <w:color w:val="FFFFFF" w:themeColor="background1"/>
              </w:rPr>
            </w:pPr>
            <w:r w:rsidRPr="008B2EF1">
              <w:rPr>
                <w:b/>
                <w:color w:val="FFFFFF" w:themeColor="background1"/>
                <w:sz w:val="18"/>
              </w:rPr>
              <w:t>Ubicación</w:t>
            </w:r>
          </w:p>
        </w:tc>
        <w:tc>
          <w:tcPr>
            <w:tcW w:w="1518" w:type="pc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vAlign w:val="center"/>
          </w:tcPr>
          <w:p w14:paraId="0A68B518" w14:textId="77777777" w:rsidR="00603D74" w:rsidRDefault="00202757">
            <w:pPr>
              <w:rPr>
                <w:rFonts w:hint="eastAsia"/>
              </w:rPr>
            </w:pPr>
            <w:r>
              <w:t xml:space="preserve"> </w:t>
            </w:r>
          </w:p>
        </w:tc>
      </w:tr>
      <w:tr w:rsidR="00603D74" w14:paraId="22068F3D" w14:textId="77777777" w:rsidTr="00047F63">
        <w:tc>
          <w:tcPr>
            <w:tcW w:w="982" w:type="pc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1F497D" w:themeFill="text2"/>
            <w:vAlign w:val="center"/>
          </w:tcPr>
          <w:p w14:paraId="61FC335E" w14:textId="77777777" w:rsidR="00603D74" w:rsidRPr="008B2EF1" w:rsidRDefault="00202757">
            <w:pPr>
              <w:rPr>
                <w:rFonts w:hint="eastAsia"/>
                <w:color w:val="FFFFFF" w:themeColor="background1"/>
              </w:rPr>
            </w:pPr>
            <w:r w:rsidRPr="008B2EF1">
              <w:rPr>
                <w:b/>
                <w:color w:val="FFFFFF" w:themeColor="background1"/>
                <w:sz w:val="18"/>
              </w:rPr>
              <w:t>Objetivo</w:t>
            </w:r>
          </w:p>
        </w:tc>
        <w:tc>
          <w:tcPr>
            <w:tcW w:w="4018" w:type="pct"/>
            <w:gridSpan w:val="3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vAlign w:val="center"/>
          </w:tcPr>
          <w:p w14:paraId="234B7CFC" w14:textId="77777777" w:rsidR="00603D74" w:rsidRDefault="00202757">
            <w:pPr>
              <w:rPr>
                <w:rFonts w:hint="eastAsia"/>
              </w:rPr>
            </w:pPr>
            <w:r>
              <w:br/>
            </w:r>
            <w:r>
              <w:br/>
            </w:r>
          </w:p>
        </w:tc>
      </w:tr>
    </w:tbl>
    <w:p w14:paraId="70B1D9C5" w14:textId="77777777" w:rsidR="00603D74" w:rsidRDefault="00202757">
      <w:pPr>
        <w:spacing w:before="160" w:after="80" w:line="240" w:lineRule="auto"/>
        <w:rPr>
          <w:rFonts w:hint="eastAsia"/>
        </w:rPr>
      </w:pPr>
      <w:r>
        <w:rPr>
          <w:b/>
          <w:color w:val="3C3C3C"/>
          <w:sz w:val="19"/>
        </w:rPr>
        <w:t>RUTA O SECUENCIA DE TRABAJO</w:t>
      </w:r>
    </w:p>
    <w:tbl>
      <w:tblPr>
        <w:tblStyle w:val="Sombreadomedio1-nfasis1"/>
        <w:tblW w:w="5000" w:type="pct"/>
        <w:tblLook w:val="04A0" w:firstRow="1" w:lastRow="0" w:firstColumn="1" w:lastColumn="0" w:noHBand="0" w:noVBand="1"/>
      </w:tblPr>
      <w:tblGrid>
        <w:gridCol w:w="701"/>
        <w:gridCol w:w="2543"/>
        <w:gridCol w:w="3179"/>
        <w:gridCol w:w="1271"/>
        <w:gridCol w:w="2989"/>
      </w:tblGrid>
      <w:tr w:rsidR="00603D74" w14:paraId="5C759B75" w14:textId="77777777" w:rsidTr="00047F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" w:type="pct"/>
          </w:tcPr>
          <w:p w14:paraId="71FC46C3" w14:textId="77777777" w:rsidR="00603D74" w:rsidRPr="008B2EF1" w:rsidRDefault="00202757">
            <w:pPr>
              <w:jc w:val="center"/>
              <w:rPr>
                <w:rFonts w:hint="eastAsia"/>
              </w:rPr>
            </w:pPr>
            <w:r w:rsidRPr="008B2EF1">
              <w:rPr>
                <w:sz w:val="18"/>
              </w:rPr>
              <w:t>Nº</w:t>
            </w:r>
          </w:p>
        </w:tc>
        <w:tc>
          <w:tcPr>
            <w:tcW w:w="1190" w:type="pct"/>
          </w:tcPr>
          <w:p w14:paraId="76338BC4" w14:textId="77777777" w:rsidR="00603D74" w:rsidRPr="008B2EF1" w:rsidRDefault="002027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 w:rsidRPr="008B2EF1">
              <w:rPr>
                <w:sz w:val="18"/>
              </w:rPr>
              <w:t>Punto / Área</w:t>
            </w:r>
          </w:p>
        </w:tc>
        <w:tc>
          <w:tcPr>
            <w:tcW w:w="1488" w:type="pct"/>
          </w:tcPr>
          <w:p w14:paraId="3285D1D2" w14:textId="77777777" w:rsidR="00603D74" w:rsidRPr="008B2EF1" w:rsidRDefault="002027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 w:rsidRPr="008B2EF1">
              <w:rPr>
                <w:sz w:val="18"/>
              </w:rPr>
              <w:t>Actividad prevista</w:t>
            </w:r>
          </w:p>
        </w:tc>
        <w:tc>
          <w:tcPr>
            <w:tcW w:w="595" w:type="pct"/>
          </w:tcPr>
          <w:p w14:paraId="52CF2341" w14:textId="77777777" w:rsidR="00603D74" w:rsidRPr="008B2EF1" w:rsidRDefault="002027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 w:rsidRPr="008B2EF1">
              <w:rPr>
                <w:sz w:val="18"/>
              </w:rPr>
              <w:t>Hora</w:t>
            </w:r>
          </w:p>
        </w:tc>
        <w:tc>
          <w:tcPr>
            <w:tcW w:w="1399" w:type="pct"/>
          </w:tcPr>
          <w:p w14:paraId="6F8856C4" w14:textId="77777777" w:rsidR="00603D74" w:rsidRPr="008B2EF1" w:rsidRDefault="002027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 w:rsidRPr="008B2EF1">
              <w:rPr>
                <w:sz w:val="18"/>
              </w:rPr>
              <w:t>Observaciones</w:t>
            </w:r>
          </w:p>
        </w:tc>
      </w:tr>
      <w:tr w:rsidR="00603D74" w14:paraId="3286A64B" w14:textId="77777777" w:rsidTr="00047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" w:type="pct"/>
          </w:tcPr>
          <w:p w14:paraId="26D9B3E4" w14:textId="77777777" w:rsidR="00603D74" w:rsidRDefault="00202757">
            <w:pPr>
              <w:jc w:val="center"/>
              <w:rPr>
                <w:rFonts w:hint="eastAsia"/>
              </w:rPr>
            </w:pPr>
            <w:r>
              <w:t>1</w:t>
            </w:r>
          </w:p>
        </w:tc>
        <w:tc>
          <w:tcPr>
            <w:tcW w:w="1190" w:type="pct"/>
          </w:tcPr>
          <w:p w14:paraId="08D70A3F" w14:textId="77777777" w:rsidR="00603D74" w:rsidRDefault="002027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1488" w:type="pct"/>
          </w:tcPr>
          <w:p w14:paraId="3CB0D340" w14:textId="77777777" w:rsidR="00603D74" w:rsidRDefault="002027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595" w:type="pct"/>
          </w:tcPr>
          <w:p w14:paraId="66A51936" w14:textId="77777777" w:rsidR="00603D74" w:rsidRDefault="002027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1399" w:type="pct"/>
          </w:tcPr>
          <w:p w14:paraId="66C51A16" w14:textId="77777777" w:rsidR="00603D74" w:rsidRDefault="002027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</w:tr>
      <w:tr w:rsidR="00603D74" w14:paraId="5381D427" w14:textId="77777777" w:rsidTr="00047F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" w:type="pct"/>
          </w:tcPr>
          <w:p w14:paraId="72A65F17" w14:textId="77777777" w:rsidR="00603D74" w:rsidRDefault="00202757">
            <w:pPr>
              <w:jc w:val="center"/>
              <w:rPr>
                <w:rFonts w:hint="eastAsia"/>
              </w:rPr>
            </w:pPr>
            <w:r>
              <w:t>2</w:t>
            </w:r>
          </w:p>
        </w:tc>
        <w:tc>
          <w:tcPr>
            <w:tcW w:w="1190" w:type="pct"/>
          </w:tcPr>
          <w:p w14:paraId="739AD902" w14:textId="77777777" w:rsidR="00603D74" w:rsidRDefault="0020275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1488" w:type="pct"/>
          </w:tcPr>
          <w:p w14:paraId="1684120C" w14:textId="77777777" w:rsidR="00603D74" w:rsidRDefault="0020275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595" w:type="pct"/>
          </w:tcPr>
          <w:p w14:paraId="63B5149F" w14:textId="77777777" w:rsidR="00603D74" w:rsidRDefault="0020275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1399" w:type="pct"/>
          </w:tcPr>
          <w:p w14:paraId="34E515CB" w14:textId="77777777" w:rsidR="00603D74" w:rsidRDefault="0020275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</w:tr>
      <w:tr w:rsidR="00603D74" w14:paraId="6CD9C6E5" w14:textId="77777777" w:rsidTr="00047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" w:type="pct"/>
          </w:tcPr>
          <w:p w14:paraId="36B4B9FB" w14:textId="77777777" w:rsidR="00603D74" w:rsidRDefault="00202757">
            <w:pPr>
              <w:jc w:val="center"/>
              <w:rPr>
                <w:rFonts w:hint="eastAsia"/>
              </w:rPr>
            </w:pPr>
            <w:r>
              <w:t>3</w:t>
            </w:r>
          </w:p>
        </w:tc>
        <w:tc>
          <w:tcPr>
            <w:tcW w:w="1190" w:type="pct"/>
          </w:tcPr>
          <w:p w14:paraId="4E4F958B" w14:textId="77777777" w:rsidR="00603D74" w:rsidRDefault="002027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1488" w:type="pct"/>
          </w:tcPr>
          <w:p w14:paraId="5E28DAA6" w14:textId="77777777" w:rsidR="00603D74" w:rsidRDefault="002027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595" w:type="pct"/>
          </w:tcPr>
          <w:p w14:paraId="6058F462" w14:textId="77777777" w:rsidR="00603D74" w:rsidRDefault="002027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1399" w:type="pct"/>
          </w:tcPr>
          <w:p w14:paraId="4FA44AE3" w14:textId="77777777" w:rsidR="00603D74" w:rsidRDefault="002027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</w:tr>
      <w:tr w:rsidR="00603D74" w14:paraId="17D2A64A" w14:textId="77777777" w:rsidTr="00047F6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" w:type="pct"/>
          </w:tcPr>
          <w:p w14:paraId="79B036A0" w14:textId="77777777" w:rsidR="00603D74" w:rsidRDefault="00202757">
            <w:pPr>
              <w:jc w:val="center"/>
              <w:rPr>
                <w:rFonts w:hint="eastAsia"/>
              </w:rPr>
            </w:pPr>
            <w:r>
              <w:t>4</w:t>
            </w:r>
          </w:p>
        </w:tc>
        <w:tc>
          <w:tcPr>
            <w:tcW w:w="1190" w:type="pct"/>
          </w:tcPr>
          <w:p w14:paraId="782C86A4" w14:textId="77777777" w:rsidR="00603D74" w:rsidRDefault="0020275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1488" w:type="pct"/>
          </w:tcPr>
          <w:p w14:paraId="5F363EC8" w14:textId="77777777" w:rsidR="00603D74" w:rsidRDefault="0020275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595" w:type="pct"/>
          </w:tcPr>
          <w:p w14:paraId="3F136C94" w14:textId="77777777" w:rsidR="00603D74" w:rsidRDefault="0020275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1399" w:type="pct"/>
          </w:tcPr>
          <w:p w14:paraId="67392F26" w14:textId="77777777" w:rsidR="00603D74" w:rsidRDefault="0020275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</w:tr>
      <w:tr w:rsidR="00603D74" w14:paraId="1248261E" w14:textId="77777777" w:rsidTr="00047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" w:type="pct"/>
          </w:tcPr>
          <w:p w14:paraId="0742246D" w14:textId="77777777" w:rsidR="00603D74" w:rsidRDefault="00202757">
            <w:pPr>
              <w:jc w:val="center"/>
              <w:rPr>
                <w:rFonts w:hint="eastAsia"/>
              </w:rPr>
            </w:pPr>
            <w:r>
              <w:t>5</w:t>
            </w:r>
          </w:p>
        </w:tc>
        <w:tc>
          <w:tcPr>
            <w:tcW w:w="1190" w:type="pct"/>
          </w:tcPr>
          <w:p w14:paraId="0F7C1E47" w14:textId="77777777" w:rsidR="00603D74" w:rsidRDefault="002027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1488" w:type="pct"/>
          </w:tcPr>
          <w:p w14:paraId="27A23182" w14:textId="77777777" w:rsidR="00603D74" w:rsidRDefault="002027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595" w:type="pct"/>
          </w:tcPr>
          <w:p w14:paraId="1452060C" w14:textId="77777777" w:rsidR="00603D74" w:rsidRDefault="002027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1399" w:type="pct"/>
          </w:tcPr>
          <w:p w14:paraId="29BEA838" w14:textId="77777777" w:rsidR="00603D74" w:rsidRDefault="002027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</w:tr>
    </w:tbl>
    <w:p w14:paraId="74EB0218" w14:textId="77777777" w:rsidR="00603D74" w:rsidRDefault="00202757">
      <w:pPr>
        <w:spacing w:before="160" w:after="80" w:line="240" w:lineRule="auto"/>
        <w:rPr>
          <w:rFonts w:hint="eastAsia"/>
        </w:rPr>
      </w:pPr>
      <w:r>
        <w:rPr>
          <w:b/>
          <w:color w:val="3C3C3C"/>
          <w:sz w:val="19"/>
        </w:rPr>
        <w:t>CONTROL HORARIO</w:t>
      </w:r>
    </w:p>
    <w:tbl>
      <w:tblPr>
        <w:tblStyle w:val="Listaclara-nfasis1"/>
        <w:tblW w:w="5000" w:type="pct"/>
        <w:tblLook w:val="04A0" w:firstRow="1" w:lastRow="0" w:firstColumn="1" w:lastColumn="0" w:noHBand="0" w:noVBand="1"/>
      </w:tblPr>
      <w:tblGrid>
        <w:gridCol w:w="1908"/>
        <w:gridCol w:w="1654"/>
        <w:gridCol w:w="2290"/>
        <w:gridCol w:w="1654"/>
        <w:gridCol w:w="1780"/>
        <w:gridCol w:w="1397"/>
      </w:tblGrid>
      <w:tr w:rsidR="00603D74" w14:paraId="13C478CA" w14:textId="77777777" w:rsidTr="00047F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3" w:type="pct"/>
          </w:tcPr>
          <w:p w14:paraId="76BC5192" w14:textId="77777777" w:rsidR="00603D74" w:rsidRDefault="00202757">
            <w:pPr>
              <w:rPr>
                <w:rFonts w:hint="eastAsia"/>
              </w:rPr>
            </w:pPr>
            <w:r>
              <w:rPr>
                <w:sz w:val="18"/>
              </w:rPr>
              <w:t>Hora de inicio</w:t>
            </w:r>
          </w:p>
        </w:tc>
        <w:tc>
          <w:tcPr>
            <w:tcW w:w="774" w:type="pct"/>
          </w:tcPr>
          <w:p w14:paraId="31923BCF" w14:textId="77777777" w:rsidR="00603D74" w:rsidRDefault="00603D7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</w:p>
        </w:tc>
        <w:tc>
          <w:tcPr>
            <w:tcW w:w="1072" w:type="pct"/>
          </w:tcPr>
          <w:p w14:paraId="520D5215" w14:textId="77777777" w:rsidR="00603D74" w:rsidRDefault="002027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sz w:val="18"/>
              </w:rPr>
              <w:t>Hora de finalización</w:t>
            </w:r>
          </w:p>
        </w:tc>
        <w:tc>
          <w:tcPr>
            <w:tcW w:w="774" w:type="pct"/>
          </w:tcPr>
          <w:p w14:paraId="6412E052" w14:textId="77777777" w:rsidR="00603D74" w:rsidRDefault="00603D7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</w:p>
        </w:tc>
        <w:tc>
          <w:tcPr>
            <w:tcW w:w="833" w:type="pct"/>
          </w:tcPr>
          <w:p w14:paraId="43348AD2" w14:textId="77777777" w:rsidR="00603D74" w:rsidRDefault="002027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sz w:val="18"/>
              </w:rPr>
              <w:t>Duración total</w:t>
            </w:r>
          </w:p>
        </w:tc>
        <w:tc>
          <w:tcPr>
            <w:tcW w:w="655" w:type="pct"/>
          </w:tcPr>
          <w:p w14:paraId="51BE7CBE" w14:textId="77777777" w:rsidR="00603D74" w:rsidRDefault="00603D7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</w:p>
        </w:tc>
      </w:tr>
    </w:tbl>
    <w:p w14:paraId="735AA935" w14:textId="77777777" w:rsidR="00603D74" w:rsidRDefault="00202757">
      <w:pPr>
        <w:spacing w:before="160" w:after="80" w:line="240" w:lineRule="auto"/>
        <w:rPr>
          <w:rFonts w:hint="eastAsia"/>
        </w:rPr>
      </w:pPr>
      <w:r>
        <w:rPr>
          <w:b/>
          <w:color w:val="3C3C3C"/>
          <w:sz w:val="19"/>
        </w:rPr>
        <w:t>ACTIVIDADES REALIZADAS</w:t>
      </w:r>
    </w:p>
    <w:tbl>
      <w:tblPr>
        <w:tblStyle w:val="Listaclara-nfasis1"/>
        <w:tblW w:w="5000" w:type="pct"/>
        <w:tblLook w:val="04A0" w:firstRow="1" w:lastRow="0" w:firstColumn="1" w:lastColumn="0" w:noHBand="0" w:noVBand="1"/>
      </w:tblPr>
      <w:tblGrid>
        <w:gridCol w:w="1336"/>
        <w:gridCol w:w="3943"/>
        <w:gridCol w:w="2353"/>
        <w:gridCol w:w="3051"/>
      </w:tblGrid>
      <w:tr w:rsidR="00603D74" w14:paraId="57834B5D" w14:textId="77777777" w:rsidTr="00047F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pct"/>
          </w:tcPr>
          <w:p w14:paraId="781A4F8F" w14:textId="77777777" w:rsidR="00603D74" w:rsidRDefault="00202757">
            <w:pPr>
              <w:jc w:val="center"/>
              <w:rPr>
                <w:rFonts w:hint="eastAsia"/>
              </w:rPr>
            </w:pPr>
            <w:r>
              <w:rPr>
                <w:sz w:val="18"/>
              </w:rPr>
              <w:t>Hora</w:t>
            </w:r>
          </w:p>
        </w:tc>
        <w:tc>
          <w:tcPr>
            <w:tcW w:w="1845" w:type="pct"/>
          </w:tcPr>
          <w:p w14:paraId="246B2427" w14:textId="77777777" w:rsidR="00603D74" w:rsidRDefault="002027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sz w:val="18"/>
              </w:rPr>
              <w:t>Actividad realizada</w:t>
            </w:r>
          </w:p>
        </w:tc>
        <w:tc>
          <w:tcPr>
            <w:tcW w:w="1101" w:type="pct"/>
          </w:tcPr>
          <w:p w14:paraId="3D56A1BE" w14:textId="77777777" w:rsidR="00603D74" w:rsidRDefault="002027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sz w:val="18"/>
              </w:rPr>
              <w:t>Resultado</w:t>
            </w:r>
          </w:p>
        </w:tc>
        <w:tc>
          <w:tcPr>
            <w:tcW w:w="1428" w:type="pct"/>
          </w:tcPr>
          <w:p w14:paraId="3F87CAFE" w14:textId="77777777" w:rsidR="00603D74" w:rsidRDefault="002027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sz w:val="18"/>
              </w:rPr>
              <w:t>Observaciones</w:t>
            </w:r>
          </w:p>
        </w:tc>
      </w:tr>
      <w:tr w:rsidR="00603D74" w14:paraId="12861ACA" w14:textId="77777777" w:rsidTr="00047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pct"/>
          </w:tcPr>
          <w:p w14:paraId="62EF0780" w14:textId="77777777" w:rsidR="00603D74" w:rsidRDefault="00202757">
            <w:pPr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1845" w:type="pct"/>
          </w:tcPr>
          <w:p w14:paraId="06FF95BE" w14:textId="77777777" w:rsidR="00603D74" w:rsidRDefault="002027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1101" w:type="pct"/>
          </w:tcPr>
          <w:p w14:paraId="16203E24" w14:textId="77777777" w:rsidR="00603D74" w:rsidRDefault="002027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1428" w:type="pct"/>
          </w:tcPr>
          <w:p w14:paraId="6DFCB3AE" w14:textId="77777777" w:rsidR="00603D74" w:rsidRDefault="002027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</w:tr>
      <w:tr w:rsidR="00603D74" w14:paraId="46F38FAB" w14:textId="77777777" w:rsidTr="00047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pct"/>
          </w:tcPr>
          <w:p w14:paraId="3DBE8589" w14:textId="77777777" w:rsidR="00603D74" w:rsidRDefault="00202757">
            <w:pPr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1845" w:type="pct"/>
          </w:tcPr>
          <w:p w14:paraId="51159D8E" w14:textId="77777777" w:rsidR="00603D74" w:rsidRDefault="002027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1101" w:type="pct"/>
          </w:tcPr>
          <w:p w14:paraId="454A20AF" w14:textId="77777777" w:rsidR="00603D74" w:rsidRDefault="002027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1428" w:type="pct"/>
          </w:tcPr>
          <w:p w14:paraId="47D4BA15" w14:textId="77777777" w:rsidR="00603D74" w:rsidRDefault="002027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</w:tr>
      <w:tr w:rsidR="00603D74" w14:paraId="79A77B57" w14:textId="77777777" w:rsidTr="00047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pct"/>
          </w:tcPr>
          <w:p w14:paraId="08DB7D60" w14:textId="77777777" w:rsidR="00603D74" w:rsidRDefault="00202757">
            <w:pPr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1845" w:type="pct"/>
          </w:tcPr>
          <w:p w14:paraId="67656EB7" w14:textId="77777777" w:rsidR="00603D74" w:rsidRDefault="002027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1101" w:type="pct"/>
          </w:tcPr>
          <w:p w14:paraId="39554E14" w14:textId="77777777" w:rsidR="00603D74" w:rsidRDefault="002027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1428" w:type="pct"/>
          </w:tcPr>
          <w:p w14:paraId="18A128D0" w14:textId="77777777" w:rsidR="00603D74" w:rsidRDefault="002027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</w:tr>
      <w:tr w:rsidR="00603D74" w14:paraId="275AD51D" w14:textId="77777777" w:rsidTr="00047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pct"/>
          </w:tcPr>
          <w:p w14:paraId="2933B942" w14:textId="77777777" w:rsidR="00603D74" w:rsidRDefault="00202757">
            <w:pPr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1845" w:type="pct"/>
          </w:tcPr>
          <w:p w14:paraId="4056EE2C" w14:textId="77777777" w:rsidR="00603D74" w:rsidRDefault="002027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1101" w:type="pct"/>
          </w:tcPr>
          <w:p w14:paraId="61FBD59D" w14:textId="77777777" w:rsidR="00603D74" w:rsidRDefault="002027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1428" w:type="pct"/>
          </w:tcPr>
          <w:p w14:paraId="153EDAC1" w14:textId="77777777" w:rsidR="00603D74" w:rsidRDefault="002027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</w:tr>
      <w:tr w:rsidR="00603D74" w14:paraId="14C32A8E" w14:textId="77777777" w:rsidTr="00047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pct"/>
          </w:tcPr>
          <w:p w14:paraId="62AE7972" w14:textId="77777777" w:rsidR="00603D74" w:rsidRDefault="00202757">
            <w:pPr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1845" w:type="pct"/>
          </w:tcPr>
          <w:p w14:paraId="5A76084B" w14:textId="77777777" w:rsidR="00603D74" w:rsidRDefault="002027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1101" w:type="pct"/>
          </w:tcPr>
          <w:p w14:paraId="7D290513" w14:textId="77777777" w:rsidR="00603D74" w:rsidRDefault="002027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1428" w:type="pct"/>
          </w:tcPr>
          <w:p w14:paraId="29B4B652" w14:textId="77777777" w:rsidR="00603D74" w:rsidRDefault="002027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</w:tr>
    </w:tbl>
    <w:p w14:paraId="1E4436FF" w14:textId="77777777" w:rsidR="00603D74" w:rsidRDefault="00202757">
      <w:pPr>
        <w:spacing w:before="160" w:after="80" w:line="240" w:lineRule="auto"/>
        <w:rPr>
          <w:rFonts w:hint="eastAsia"/>
        </w:rPr>
      </w:pPr>
      <w:r>
        <w:rPr>
          <w:b/>
          <w:color w:val="3C3C3C"/>
          <w:sz w:val="19"/>
        </w:rPr>
        <w:t>HALLAZGOS / INCIDENCIAS</w:t>
      </w:r>
    </w:p>
    <w:tbl>
      <w:tblPr>
        <w:tblStyle w:val="Sombreadoclaro"/>
        <w:tblW w:w="5000" w:type="pct"/>
        <w:tblLook w:val="04A0" w:firstRow="1" w:lastRow="0" w:firstColumn="1" w:lastColumn="0" w:noHBand="0" w:noVBand="1"/>
      </w:tblPr>
      <w:tblGrid>
        <w:gridCol w:w="10683"/>
      </w:tblGrid>
      <w:tr w:rsidR="00603D74" w14:paraId="7525CD4A" w14:textId="77777777" w:rsidTr="00047F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</w:tcPr>
          <w:p w14:paraId="39FE8AF6" w14:textId="77777777" w:rsidR="00603D74" w:rsidRDefault="00202757">
            <w:pPr>
              <w:rPr>
                <w:rFonts w:hint="eastAsia"/>
              </w:rPr>
            </w:pPr>
            <w:r>
              <w:br/>
            </w:r>
            <w:r>
              <w:br/>
            </w:r>
            <w:r>
              <w:br/>
            </w:r>
          </w:p>
        </w:tc>
      </w:tr>
    </w:tbl>
    <w:p w14:paraId="46418C7D" w14:textId="77777777" w:rsidR="00603D74" w:rsidRDefault="00202757">
      <w:pPr>
        <w:spacing w:before="160" w:after="80" w:line="240" w:lineRule="auto"/>
        <w:rPr>
          <w:rFonts w:hint="eastAsia"/>
        </w:rPr>
      </w:pPr>
      <w:r>
        <w:rPr>
          <w:b/>
          <w:color w:val="3C3C3C"/>
          <w:sz w:val="19"/>
        </w:rPr>
        <w:t>MATERIALES O RECURSOS UTILIZADOS</w:t>
      </w:r>
    </w:p>
    <w:tbl>
      <w:tblPr>
        <w:tblStyle w:val="Listaclara-nfasis1"/>
        <w:tblW w:w="5000" w:type="pct"/>
        <w:tblLook w:val="04A0" w:firstRow="1" w:lastRow="0" w:firstColumn="1" w:lastColumn="0" w:noHBand="0" w:noVBand="1"/>
      </w:tblPr>
      <w:tblGrid>
        <w:gridCol w:w="3243"/>
        <w:gridCol w:w="1464"/>
        <w:gridCol w:w="2861"/>
        <w:gridCol w:w="3115"/>
      </w:tblGrid>
      <w:tr w:rsidR="00603D74" w14:paraId="0646CD3C" w14:textId="77777777" w:rsidTr="00047F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pct"/>
          </w:tcPr>
          <w:p w14:paraId="5BB773F2" w14:textId="77777777" w:rsidR="00603D74" w:rsidRDefault="00202757">
            <w:pPr>
              <w:jc w:val="center"/>
              <w:rPr>
                <w:rFonts w:hint="eastAsia"/>
              </w:rPr>
            </w:pPr>
            <w:r>
              <w:rPr>
                <w:sz w:val="18"/>
              </w:rPr>
              <w:t>Material / Recurso</w:t>
            </w:r>
          </w:p>
        </w:tc>
        <w:tc>
          <w:tcPr>
            <w:tcW w:w="685" w:type="pct"/>
          </w:tcPr>
          <w:p w14:paraId="27E7F145" w14:textId="77777777" w:rsidR="00603D74" w:rsidRDefault="002027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sz w:val="18"/>
              </w:rPr>
              <w:t>Cantidad</w:t>
            </w:r>
          </w:p>
        </w:tc>
        <w:tc>
          <w:tcPr>
            <w:tcW w:w="1339" w:type="pct"/>
          </w:tcPr>
          <w:p w14:paraId="081F9C31" w14:textId="77777777" w:rsidR="00603D74" w:rsidRDefault="002027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sz w:val="18"/>
              </w:rPr>
              <w:t>Uso / Aplicación</w:t>
            </w:r>
          </w:p>
        </w:tc>
        <w:tc>
          <w:tcPr>
            <w:tcW w:w="1458" w:type="pct"/>
          </w:tcPr>
          <w:p w14:paraId="3FB7B926" w14:textId="77777777" w:rsidR="00603D74" w:rsidRDefault="002027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sz w:val="18"/>
              </w:rPr>
              <w:t>Observaciones</w:t>
            </w:r>
          </w:p>
        </w:tc>
      </w:tr>
      <w:tr w:rsidR="00603D74" w14:paraId="7A97620A" w14:textId="77777777" w:rsidTr="00047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pct"/>
          </w:tcPr>
          <w:p w14:paraId="653C35E2" w14:textId="77777777" w:rsidR="00603D74" w:rsidRDefault="00202757">
            <w:pPr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685" w:type="pct"/>
          </w:tcPr>
          <w:p w14:paraId="51EC1D0E" w14:textId="77777777" w:rsidR="00603D74" w:rsidRDefault="002027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1339" w:type="pct"/>
          </w:tcPr>
          <w:p w14:paraId="6A2388E3" w14:textId="77777777" w:rsidR="00603D74" w:rsidRDefault="002027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1458" w:type="pct"/>
          </w:tcPr>
          <w:p w14:paraId="70474E65" w14:textId="77777777" w:rsidR="00603D74" w:rsidRDefault="002027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</w:tr>
      <w:tr w:rsidR="00603D74" w14:paraId="37BD557C" w14:textId="77777777" w:rsidTr="00047F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pct"/>
          </w:tcPr>
          <w:p w14:paraId="1C990276" w14:textId="77777777" w:rsidR="00603D74" w:rsidRDefault="00202757">
            <w:pPr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685" w:type="pct"/>
          </w:tcPr>
          <w:p w14:paraId="350020D7" w14:textId="77777777" w:rsidR="00603D74" w:rsidRDefault="002027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1339" w:type="pct"/>
          </w:tcPr>
          <w:p w14:paraId="60F8A5E1" w14:textId="77777777" w:rsidR="00603D74" w:rsidRDefault="002027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1458" w:type="pct"/>
          </w:tcPr>
          <w:p w14:paraId="3E009768" w14:textId="77777777" w:rsidR="00603D74" w:rsidRDefault="002027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</w:tr>
      <w:tr w:rsidR="00603D74" w14:paraId="6FF1876B" w14:textId="77777777" w:rsidTr="00047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pct"/>
          </w:tcPr>
          <w:p w14:paraId="758554AE" w14:textId="77777777" w:rsidR="00603D74" w:rsidRDefault="00202757">
            <w:pPr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685" w:type="pct"/>
          </w:tcPr>
          <w:p w14:paraId="170E80DD" w14:textId="77777777" w:rsidR="00603D74" w:rsidRDefault="002027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1339" w:type="pct"/>
          </w:tcPr>
          <w:p w14:paraId="22725642" w14:textId="77777777" w:rsidR="00603D74" w:rsidRDefault="002027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1458" w:type="pct"/>
          </w:tcPr>
          <w:p w14:paraId="1763EFC1" w14:textId="77777777" w:rsidR="00603D74" w:rsidRDefault="002027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</w:tr>
    </w:tbl>
    <w:p w14:paraId="1FE4F894" w14:textId="77777777" w:rsidR="00603D74" w:rsidRDefault="00202757">
      <w:pPr>
        <w:spacing w:before="160" w:after="80" w:line="240" w:lineRule="auto"/>
        <w:rPr>
          <w:rFonts w:hint="eastAsia"/>
        </w:rPr>
      </w:pPr>
      <w:r>
        <w:rPr>
          <w:b/>
          <w:color w:val="3C3C3C"/>
          <w:sz w:val="19"/>
        </w:rPr>
        <w:t>ESTADO DE LA ACTIVIDAD</w:t>
      </w:r>
    </w:p>
    <w:tbl>
      <w:tblPr>
        <w:tblStyle w:val="Listaclara-nfasis1"/>
        <w:tblW w:w="5000" w:type="pct"/>
        <w:tblLook w:val="04A0" w:firstRow="1" w:lastRow="0" w:firstColumn="1" w:lastColumn="0" w:noHBand="0" w:noVBand="1"/>
      </w:tblPr>
      <w:tblGrid>
        <w:gridCol w:w="2670"/>
        <w:gridCol w:w="2671"/>
        <w:gridCol w:w="2671"/>
        <w:gridCol w:w="2671"/>
      </w:tblGrid>
      <w:tr w:rsidR="00603D74" w14:paraId="4C7D93EE" w14:textId="77777777" w:rsidTr="00047F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2E20FE0A" w14:textId="77777777" w:rsidR="00603D74" w:rsidRDefault="00202757">
            <w:pPr>
              <w:jc w:val="center"/>
              <w:rPr>
                <w:rFonts w:hint="eastAsia"/>
              </w:rPr>
            </w:pPr>
            <w:r>
              <w:rPr>
                <w:sz w:val="18"/>
              </w:rPr>
              <w:t>Completada</w:t>
            </w:r>
          </w:p>
        </w:tc>
        <w:tc>
          <w:tcPr>
            <w:tcW w:w="1250" w:type="pct"/>
          </w:tcPr>
          <w:p w14:paraId="42BE88EB" w14:textId="77777777" w:rsidR="00603D74" w:rsidRDefault="002027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sz w:val="18"/>
              </w:rPr>
              <w:t>En proceso</w:t>
            </w:r>
          </w:p>
        </w:tc>
        <w:tc>
          <w:tcPr>
            <w:tcW w:w="1250" w:type="pct"/>
          </w:tcPr>
          <w:p w14:paraId="22977D8F" w14:textId="77777777" w:rsidR="00603D74" w:rsidRDefault="002027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sz w:val="18"/>
              </w:rPr>
              <w:t>Pendiente</w:t>
            </w:r>
          </w:p>
        </w:tc>
        <w:tc>
          <w:tcPr>
            <w:tcW w:w="1250" w:type="pct"/>
          </w:tcPr>
          <w:p w14:paraId="28B896CA" w14:textId="77777777" w:rsidR="00603D74" w:rsidRDefault="002027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sz w:val="18"/>
              </w:rPr>
              <w:t>Reprogramada / Suspendida</w:t>
            </w:r>
          </w:p>
        </w:tc>
      </w:tr>
      <w:tr w:rsidR="00603D74" w14:paraId="3151F660" w14:textId="77777777" w:rsidTr="00047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08A0F56B" w14:textId="77777777" w:rsidR="00603D74" w:rsidRDefault="00202757">
            <w:pPr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1250" w:type="pct"/>
          </w:tcPr>
          <w:p w14:paraId="21F3C930" w14:textId="77777777" w:rsidR="00603D74" w:rsidRDefault="002027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1250" w:type="pct"/>
          </w:tcPr>
          <w:p w14:paraId="2079FC93" w14:textId="77777777" w:rsidR="00603D74" w:rsidRDefault="002027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1250" w:type="pct"/>
          </w:tcPr>
          <w:p w14:paraId="02DB477B" w14:textId="77777777" w:rsidR="00603D74" w:rsidRDefault="002027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</w:tr>
    </w:tbl>
    <w:p w14:paraId="30659FAA" w14:textId="77777777" w:rsidR="00603D74" w:rsidRDefault="00202757">
      <w:pPr>
        <w:spacing w:before="160" w:after="80" w:line="240" w:lineRule="auto"/>
        <w:rPr>
          <w:rFonts w:hint="eastAsia"/>
        </w:rPr>
      </w:pPr>
      <w:r>
        <w:rPr>
          <w:b/>
          <w:color w:val="3C3C3C"/>
          <w:sz w:val="19"/>
        </w:rPr>
        <w:t>OBSERVACIONES GENERALES</w:t>
      </w:r>
    </w:p>
    <w:tbl>
      <w:tblPr>
        <w:tblStyle w:val="Sombreadoclaro"/>
        <w:tblW w:w="5000" w:type="pct"/>
        <w:tblLook w:val="04A0" w:firstRow="1" w:lastRow="0" w:firstColumn="1" w:lastColumn="0" w:noHBand="0" w:noVBand="1"/>
      </w:tblPr>
      <w:tblGrid>
        <w:gridCol w:w="10683"/>
      </w:tblGrid>
      <w:tr w:rsidR="00603D74" w14:paraId="4BF6E6A3" w14:textId="77777777" w:rsidTr="00047F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</w:tcPr>
          <w:p w14:paraId="45AAFE9F" w14:textId="77777777" w:rsidR="00603D74" w:rsidRDefault="00202757">
            <w:pPr>
              <w:rPr>
                <w:rFonts w:hint="eastAsia"/>
              </w:rPr>
            </w:pPr>
            <w:r>
              <w:br/>
            </w:r>
            <w:r>
              <w:br/>
            </w:r>
            <w:r>
              <w:br/>
            </w:r>
          </w:p>
        </w:tc>
      </w:tr>
    </w:tbl>
    <w:p w14:paraId="59FAE2FD" w14:textId="77777777" w:rsidR="00603D74" w:rsidRDefault="00202757">
      <w:pPr>
        <w:spacing w:before="160" w:after="80" w:line="240" w:lineRule="auto"/>
        <w:rPr>
          <w:rFonts w:hint="eastAsia"/>
        </w:rPr>
      </w:pPr>
      <w:r>
        <w:rPr>
          <w:b/>
          <w:color w:val="3C3C3C"/>
          <w:sz w:val="19"/>
        </w:rPr>
        <w:t>CIERRE Y FIRMA</w:t>
      </w:r>
    </w:p>
    <w:tbl>
      <w:tblPr>
        <w:tblStyle w:val="Listaclara-nfasis1"/>
        <w:tblW w:w="5000" w:type="pct"/>
        <w:tblLook w:val="04A0" w:firstRow="1" w:lastRow="0" w:firstColumn="1" w:lastColumn="0" w:noHBand="0" w:noVBand="1"/>
      </w:tblPr>
      <w:tblGrid>
        <w:gridCol w:w="4452"/>
        <w:gridCol w:w="3180"/>
        <w:gridCol w:w="3051"/>
      </w:tblGrid>
      <w:tr w:rsidR="00603D74" w14:paraId="4B715BC3" w14:textId="77777777" w:rsidTr="00047F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3" w:type="pct"/>
          </w:tcPr>
          <w:p w14:paraId="08E2F3B5" w14:textId="77777777" w:rsidR="00603D74" w:rsidRDefault="00202757">
            <w:pPr>
              <w:rPr>
                <w:rFonts w:hint="eastAsia"/>
              </w:rPr>
            </w:pPr>
            <w:r>
              <w:rPr>
                <w:sz w:val="18"/>
              </w:rPr>
              <w:t>Nombre del responsable</w:t>
            </w:r>
          </w:p>
        </w:tc>
        <w:tc>
          <w:tcPr>
            <w:tcW w:w="1488" w:type="pct"/>
          </w:tcPr>
          <w:p w14:paraId="05AC1A89" w14:textId="77777777" w:rsidR="00603D74" w:rsidRDefault="002027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sz w:val="18"/>
              </w:rPr>
              <w:t>Cargo</w:t>
            </w:r>
          </w:p>
        </w:tc>
        <w:tc>
          <w:tcPr>
            <w:tcW w:w="1428" w:type="pct"/>
          </w:tcPr>
          <w:p w14:paraId="36829A97" w14:textId="77777777" w:rsidR="00603D74" w:rsidRDefault="002027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sz w:val="18"/>
              </w:rPr>
              <w:t>Fecha de cierre</w:t>
            </w:r>
          </w:p>
        </w:tc>
      </w:tr>
      <w:tr w:rsidR="00603D74" w14:paraId="1FEB88A1" w14:textId="77777777" w:rsidTr="00047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3" w:type="pct"/>
          </w:tcPr>
          <w:p w14:paraId="56DA1790" w14:textId="77777777" w:rsidR="00603D74" w:rsidRDefault="00202757">
            <w:pPr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1488" w:type="pct"/>
          </w:tcPr>
          <w:p w14:paraId="07C6D358" w14:textId="77777777" w:rsidR="00603D74" w:rsidRDefault="002027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  <w:tc>
          <w:tcPr>
            <w:tcW w:w="1428" w:type="pct"/>
          </w:tcPr>
          <w:p w14:paraId="71A69D40" w14:textId="77777777" w:rsidR="00603D74" w:rsidRDefault="002027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t xml:space="preserve"> </w:t>
            </w:r>
          </w:p>
        </w:tc>
      </w:tr>
    </w:tbl>
    <w:p w14:paraId="29E53D04" w14:textId="77777777" w:rsidR="00603D74" w:rsidRDefault="00202757">
      <w:pPr>
        <w:spacing w:before="160" w:after="40" w:line="240" w:lineRule="auto"/>
        <w:rPr>
          <w:rFonts w:hint="eastAsia"/>
          <w:color w:val="464646"/>
          <w:sz w:val="20"/>
        </w:rPr>
      </w:pPr>
      <w:r>
        <w:rPr>
          <w:color w:val="464646"/>
          <w:sz w:val="20"/>
        </w:rPr>
        <w:t>Firma: ________________________________________________</w:t>
      </w:r>
    </w:p>
    <w:p w14:paraId="5A628297" w14:textId="77777777" w:rsidR="003A0287" w:rsidRDefault="003A0287">
      <w:pPr>
        <w:spacing w:before="160" w:after="40" w:line="240" w:lineRule="auto"/>
        <w:rPr>
          <w:rFonts w:hint="eastAsia"/>
          <w:color w:val="464646"/>
          <w:sz w:val="20"/>
        </w:rPr>
      </w:pPr>
    </w:p>
    <w:p w14:paraId="1038C748" w14:textId="77777777" w:rsidR="003A0287" w:rsidRDefault="003A0287">
      <w:pPr>
        <w:spacing w:before="160" w:after="40" w:line="240" w:lineRule="auto"/>
        <w:rPr>
          <w:rFonts w:hint="eastAsia"/>
        </w:rPr>
      </w:pPr>
    </w:p>
    <w:sectPr w:rsidR="003A0287" w:rsidSect="0073633B">
      <w:headerReference w:type="default" r:id="rId8"/>
      <w:footerReference w:type="default" r:id="rId9"/>
      <w:pgSz w:w="11907" w:h="16839" w:code="9"/>
      <w:pgMar w:top="720" w:right="720" w:bottom="720" w:left="720" w:header="454" w:footer="3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17CF91" w14:textId="77777777" w:rsidR="00B84B00" w:rsidRDefault="00B84B00" w:rsidP="00B84B00">
      <w:pPr>
        <w:spacing w:after="0" w:line="240" w:lineRule="auto"/>
      </w:pPr>
      <w:r>
        <w:separator/>
      </w:r>
    </w:p>
  </w:endnote>
  <w:endnote w:type="continuationSeparator" w:id="0">
    <w:p w14:paraId="19AFFE32" w14:textId="77777777" w:rsidR="00B84B00" w:rsidRDefault="00B84B00" w:rsidP="00B84B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DE3766" w14:textId="598B294E" w:rsidR="00B84B00" w:rsidRDefault="00B84B00">
    <w:pPr>
      <w:pStyle w:val="Piedepgina"/>
    </w:pPr>
    <w:hyperlink r:id="rId1" w:history="1">
      <w:r w:rsidRPr="00B84B00">
        <w:rPr>
          <w:rStyle w:val="Hipervnculo"/>
        </w:rPr>
        <w:t>https://formatoescrito.com/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717923" w14:textId="77777777" w:rsidR="00B84B00" w:rsidRDefault="00B84B00" w:rsidP="00B84B00">
      <w:pPr>
        <w:spacing w:after="0" w:line="240" w:lineRule="auto"/>
      </w:pPr>
      <w:r>
        <w:separator/>
      </w:r>
    </w:p>
  </w:footnote>
  <w:footnote w:type="continuationSeparator" w:id="0">
    <w:p w14:paraId="6A454545" w14:textId="77777777" w:rsidR="00B84B00" w:rsidRDefault="00B84B00" w:rsidP="00B84B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F0B84B" w14:textId="6B375D93" w:rsidR="00B84B00" w:rsidRDefault="00B84B00">
    <w:pPr>
      <w:pStyle w:val="Encabezado"/>
    </w:pPr>
    <w:hyperlink r:id="rId1" w:history="1">
      <w:r w:rsidRPr="00B84B00">
        <w:rPr>
          <w:rStyle w:val="Hipervnculo"/>
        </w:rPr>
        <w:t>https://formatoescrito.com/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73828714">
    <w:abstractNumId w:val="8"/>
  </w:num>
  <w:num w:numId="2" w16cid:durableId="1338846855">
    <w:abstractNumId w:val="6"/>
  </w:num>
  <w:num w:numId="3" w16cid:durableId="1313604602">
    <w:abstractNumId w:val="5"/>
  </w:num>
  <w:num w:numId="4" w16cid:durableId="124857168">
    <w:abstractNumId w:val="4"/>
  </w:num>
  <w:num w:numId="5" w16cid:durableId="1310095925">
    <w:abstractNumId w:val="7"/>
  </w:num>
  <w:num w:numId="6" w16cid:durableId="1334797100">
    <w:abstractNumId w:val="3"/>
  </w:num>
  <w:num w:numId="7" w16cid:durableId="1196651918">
    <w:abstractNumId w:val="2"/>
  </w:num>
  <w:num w:numId="8" w16cid:durableId="766147592">
    <w:abstractNumId w:val="1"/>
  </w:num>
  <w:num w:numId="9" w16cid:durableId="7675090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47F63"/>
    <w:rsid w:val="0006063C"/>
    <w:rsid w:val="000F4F4E"/>
    <w:rsid w:val="0015074B"/>
    <w:rsid w:val="00202757"/>
    <w:rsid w:val="0029639D"/>
    <w:rsid w:val="00326F90"/>
    <w:rsid w:val="003A0287"/>
    <w:rsid w:val="00405227"/>
    <w:rsid w:val="004226AD"/>
    <w:rsid w:val="00603D74"/>
    <w:rsid w:val="0073633B"/>
    <w:rsid w:val="008B2EF1"/>
    <w:rsid w:val="00AA1D8D"/>
    <w:rsid w:val="00B47730"/>
    <w:rsid w:val="00B84B0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3A66F567"/>
  <w14:defaultImageDpi w14:val="300"/>
  <w15:docId w15:val="{65313E13-607F-4543-B4F5-088CD0A69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ptos" w:hAnsi="Aptos"/>
      <w:sz w:val="21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vnculo">
    <w:name w:val="Hyperlink"/>
    <w:basedOn w:val="Fuentedeprrafopredeter"/>
    <w:uiPriority w:val="99"/>
    <w:unhideWhenUsed/>
    <w:rsid w:val="00B84B00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84B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formatoescrito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formatoescrito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561BD19-B749-44AF-BAAD-ADA8C21269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2</Pages>
  <Words>135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880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aneudy Peña</cp:lastModifiedBy>
  <cp:revision>9</cp:revision>
  <dcterms:created xsi:type="dcterms:W3CDTF">2013-12-23T23:15:00Z</dcterms:created>
  <dcterms:modified xsi:type="dcterms:W3CDTF">2026-06-26T00:17:00Z</dcterms:modified>
  <cp:category/>
</cp:coreProperties>
</file>