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6DEF61" w14:textId="77777777" w:rsidR="007C1A78" w:rsidRPr="008E5532" w:rsidRDefault="008D7B5E">
      <w:pPr>
        <w:jc w:val="center"/>
        <w:rPr>
          <w:sz w:val="36"/>
          <w:lang w:val="es-ES"/>
        </w:rPr>
      </w:pPr>
      <w:r w:rsidRPr="008E5532">
        <w:rPr>
          <w:b/>
          <w:color w:val="1F4E79"/>
          <w:sz w:val="56"/>
          <w:lang w:val="es-ES"/>
        </w:rPr>
        <w:t>HOJA DE RUTA VTC</w:t>
      </w:r>
    </w:p>
    <w:p w14:paraId="7E853F11" w14:textId="77777777" w:rsidR="007C1A78" w:rsidRPr="008E5532" w:rsidRDefault="008D7B5E">
      <w:pPr>
        <w:jc w:val="center"/>
        <w:rPr>
          <w:lang w:val="es-ES"/>
        </w:rPr>
      </w:pPr>
      <w:r w:rsidRPr="008E5532">
        <w:rPr>
          <w:i/>
          <w:color w:val="5A5A5A"/>
          <w:sz w:val="20"/>
          <w:lang w:val="es-ES"/>
        </w:rPr>
        <w:t>Formato de control para vehículos de transporte con conductor</w:t>
      </w:r>
    </w:p>
    <w:p w14:paraId="58D15F7E" w14:textId="77777777" w:rsidR="007C1A78" w:rsidRPr="008E5532" w:rsidRDefault="008D7B5E">
      <w:pPr>
        <w:rPr>
          <w:lang w:val="es-ES"/>
        </w:rPr>
      </w:pPr>
      <w:r w:rsidRPr="008E5532">
        <w:rPr>
          <w:lang w:val="es-ES"/>
        </w:rPr>
        <w:t>La hoja de ruta VTC permite registrar los datos esenciales de cada servicio: empresa, conductor, vehículo, cliente, recorrido, horarios y observaciones.</w:t>
      </w:r>
    </w:p>
    <w:p w14:paraId="73494966" w14:textId="77777777" w:rsidR="007C1A78" w:rsidRPr="008E5532" w:rsidRDefault="008D7B5E">
      <w:pPr>
        <w:shd w:val="clear" w:color="auto" w:fill="1F4E79"/>
        <w:spacing w:before="160" w:after="80"/>
        <w:rPr>
          <w:lang w:val="es-ES"/>
        </w:rPr>
      </w:pPr>
      <w:r w:rsidRPr="008E5532">
        <w:rPr>
          <w:b/>
          <w:color w:val="FFFFFF"/>
          <w:sz w:val="23"/>
          <w:lang w:val="es-ES"/>
        </w:rPr>
        <w:t>1. Datos de la empresa o titular del servicio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5380"/>
        <w:gridCol w:w="5636"/>
      </w:tblGrid>
      <w:tr w:rsidR="007C1A78" w14:paraId="21DFF99C" w14:textId="77777777" w:rsidTr="008E5532">
        <w:tc>
          <w:tcPr>
            <w:tcW w:w="2442" w:type="pct"/>
            <w:shd w:val="clear" w:color="auto" w:fill="D9EAF7"/>
          </w:tcPr>
          <w:p w14:paraId="5D91CC15" w14:textId="77777777" w:rsidR="007C1A78" w:rsidRDefault="008D7B5E">
            <w:proofErr w:type="spellStart"/>
            <w:r>
              <w:rPr>
                <w:b/>
              </w:rPr>
              <w:t>Empresa</w:t>
            </w:r>
            <w:proofErr w:type="spellEnd"/>
            <w:r>
              <w:rPr>
                <w:b/>
              </w:rPr>
              <w:t xml:space="preserve"> / Titular</w:t>
            </w:r>
          </w:p>
        </w:tc>
        <w:tc>
          <w:tcPr>
            <w:tcW w:w="2558" w:type="pct"/>
          </w:tcPr>
          <w:p w14:paraId="3D4F2F8D" w14:textId="77777777" w:rsidR="007C1A78" w:rsidRDefault="008D7B5E">
            <w:r>
              <w:t>____________________________________________</w:t>
            </w:r>
          </w:p>
        </w:tc>
      </w:tr>
      <w:tr w:rsidR="007C1A78" w14:paraId="5D587A8E" w14:textId="77777777" w:rsidTr="008E5532">
        <w:tc>
          <w:tcPr>
            <w:tcW w:w="2442" w:type="pct"/>
            <w:shd w:val="clear" w:color="auto" w:fill="D9EAF7"/>
          </w:tcPr>
          <w:p w14:paraId="287790CB" w14:textId="77777777" w:rsidR="007C1A78" w:rsidRDefault="008D7B5E">
            <w:r>
              <w:rPr>
                <w:b/>
              </w:rPr>
              <w:t>NIF / CIF</w:t>
            </w:r>
          </w:p>
        </w:tc>
        <w:tc>
          <w:tcPr>
            <w:tcW w:w="2558" w:type="pct"/>
          </w:tcPr>
          <w:p w14:paraId="0DFA7B4A" w14:textId="77777777" w:rsidR="007C1A78" w:rsidRDefault="008D7B5E">
            <w:r>
              <w:t>____________________________________________</w:t>
            </w:r>
          </w:p>
        </w:tc>
      </w:tr>
      <w:tr w:rsidR="007C1A78" w14:paraId="53507DA4" w14:textId="77777777" w:rsidTr="008E5532">
        <w:tc>
          <w:tcPr>
            <w:tcW w:w="2442" w:type="pct"/>
            <w:shd w:val="clear" w:color="auto" w:fill="D9EAF7"/>
          </w:tcPr>
          <w:p w14:paraId="26628E07" w14:textId="77777777" w:rsidR="007C1A78" w:rsidRDefault="008D7B5E">
            <w:r>
              <w:rPr>
                <w:b/>
              </w:rPr>
              <w:t>Teléfono de contacto</w:t>
            </w:r>
          </w:p>
        </w:tc>
        <w:tc>
          <w:tcPr>
            <w:tcW w:w="2558" w:type="pct"/>
          </w:tcPr>
          <w:p w14:paraId="2DEF605C" w14:textId="77777777" w:rsidR="007C1A78" w:rsidRDefault="008D7B5E">
            <w:r>
              <w:t>____________________________________________</w:t>
            </w:r>
          </w:p>
        </w:tc>
      </w:tr>
      <w:tr w:rsidR="007C1A78" w14:paraId="3A29A4B4" w14:textId="77777777" w:rsidTr="008E5532">
        <w:tc>
          <w:tcPr>
            <w:tcW w:w="2442" w:type="pct"/>
            <w:shd w:val="clear" w:color="auto" w:fill="D9EAF7"/>
          </w:tcPr>
          <w:p w14:paraId="51F0DCB6" w14:textId="77777777" w:rsidR="007C1A78" w:rsidRDefault="008D7B5E">
            <w:r>
              <w:rPr>
                <w:b/>
              </w:rPr>
              <w:t>Correo electrónico</w:t>
            </w:r>
          </w:p>
        </w:tc>
        <w:tc>
          <w:tcPr>
            <w:tcW w:w="2558" w:type="pct"/>
          </w:tcPr>
          <w:p w14:paraId="20500DAF" w14:textId="77777777" w:rsidR="007C1A78" w:rsidRDefault="008D7B5E">
            <w:r>
              <w:t>____________________________________________</w:t>
            </w:r>
          </w:p>
        </w:tc>
      </w:tr>
    </w:tbl>
    <w:p w14:paraId="6AA054B8" w14:textId="77777777" w:rsidR="007C1A78" w:rsidRDefault="007C1A78"/>
    <w:p w14:paraId="23DF140D" w14:textId="77777777" w:rsidR="007C1A78" w:rsidRDefault="008D7B5E">
      <w:pPr>
        <w:shd w:val="clear" w:color="auto" w:fill="1F4E79"/>
        <w:spacing w:before="160" w:after="80"/>
      </w:pPr>
      <w:r>
        <w:rPr>
          <w:b/>
          <w:color w:val="FFFFFF"/>
          <w:sz w:val="23"/>
        </w:rPr>
        <w:t>2. Datos del conductor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5380"/>
        <w:gridCol w:w="5636"/>
      </w:tblGrid>
      <w:tr w:rsidR="007C1A78" w14:paraId="5E8186B9" w14:textId="77777777" w:rsidTr="008E5532">
        <w:tc>
          <w:tcPr>
            <w:tcW w:w="2442" w:type="pct"/>
            <w:shd w:val="clear" w:color="auto" w:fill="D9EAF7"/>
          </w:tcPr>
          <w:p w14:paraId="4010FE34" w14:textId="77777777" w:rsidR="007C1A78" w:rsidRDefault="008D7B5E">
            <w:r>
              <w:rPr>
                <w:b/>
              </w:rPr>
              <w:t>Nombre del conductor</w:t>
            </w:r>
          </w:p>
        </w:tc>
        <w:tc>
          <w:tcPr>
            <w:tcW w:w="2558" w:type="pct"/>
          </w:tcPr>
          <w:p w14:paraId="66F4F5AB" w14:textId="77777777" w:rsidR="007C1A78" w:rsidRDefault="008D7B5E">
            <w:r>
              <w:t>____________________________________________</w:t>
            </w:r>
          </w:p>
        </w:tc>
      </w:tr>
      <w:tr w:rsidR="007C1A78" w14:paraId="3D54023D" w14:textId="77777777" w:rsidTr="008E5532">
        <w:tc>
          <w:tcPr>
            <w:tcW w:w="2442" w:type="pct"/>
            <w:shd w:val="clear" w:color="auto" w:fill="D9EAF7"/>
          </w:tcPr>
          <w:p w14:paraId="2A1A4CBD" w14:textId="77777777" w:rsidR="007C1A78" w:rsidRDefault="008D7B5E">
            <w:r>
              <w:rPr>
                <w:b/>
              </w:rPr>
              <w:t>Documento / Licencia</w:t>
            </w:r>
          </w:p>
        </w:tc>
        <w:tc>
          <w:tcPr>
            <w:tcW w:w="2558" w:type="pct"/>
          </w:tcPr>
          <w:p w14:paraId="4DFEA6DB" w14:textId="77777777" w:rsidR="007C1A78" w:rsidRDefault="008D7B5E">
            <w:r>
              <w:t>____________________________________________</w:t>
            </w:r>
          </w:p>
        </w:tc>
      </w:tr>
      <w:tr w:rsidR="007C1A78" w14:paraId="7FE7C284" w14:textId="77777777" w:rsidTr="008E5532">
        <w:tc>
          <w:tcPr>
            <w:tcW w:w="2442" w:type="pct"/>
            <w:shd w:val="clear" w:color="auto" w:fill="D9EAF7"/>
          </w:tcPr>
          <w:p w14:paraId="5AE6C077" w14:textId="77777777" w:rsidR="007C1A78" w:rsidRDefault="008D7B5E">
            <w:r>
              <w:rPr>
                <w:b/>
              </w:rPr>
              <w:t>Teléfono del conductor</w:t>
            </w:r>
          </w:p>
        </w:tc>
        <w:tc>
          <w:tcPr>
            <w:tcW w:w="2558" w:type="pct"/>
          </w:tcPr>
          <w:p w14:paraId="61727B0E" w14:textId="77777777" w:rsidR="007C1A78" w:rsidRDefault="008D7B5E">
            <w:r>
              <w:t>____________________________________________</w:t>
            </w:r>
          </w:p>
        </w:tc>
      </w:tr>
    </w:tbl>
    <w:p w14:paraId="791E3A82" w14:textId="77777777" w:rsidR="007C1A78" w:rsidRDefault="007C1A78"/>
    <w:p w14:paraId="17B79779" w14:textId="77777777" w:rsidR="007C1A78" w:rsidRDefault="008D7B5E">
      <w:pPr>
        <w:shd w:val="clear" w:color="auto" w:fill="1F4E79"/>
        <w:spacing w:before="160" w:after="80"/>
      </w:pPr>
      <w:r>
        <w:rPr>
          <w:b/>
          <w:color w:val="FFFFFF"/>
          <w:sz w:val="23"/>
        </w:rPr>
        <w:t>3. Datos del vehículo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5380"/>
        <w:gridCol w:w="5636"/>
      </w:tblGrid>
      <w:tr w:rsidR="007C1A78" w14:paraId="152353D0" w14:textId="77777777" w:rsidTr="008E5532">
        <w:tc>
          <w:tcPr>
            <w:tcW w:w="2442" w:type="pct"/>
            <w:shd w:val="clear" w:color="auto" w:fill="D9EAF7"/>
          </w:tcPr>
          <w:p w14:paraId="793AB560" w14:textId="77777777" w:rsidR="007C1A78" w:rsidRDefault="008D7B5E">
            <w:r>
              <w:rPr>
                <w:b/>
              </w:rPr>
              <w:t>Marca / Modelo</w:t>
            </w:r>
          </w:p>
        </w:tc>
        <w:tc>
          <w:tcPr>
            <w:tcW w:w="2558" w:type="pct"/>
          </w:tcPr>
          <w:p w14:paraId="5C4D1B76" w14:textId="77777777" w:rsidR="007C1A78" w:rsidRDefault="008D7B5E">
            <w:r>
              <w:t>____________________________________________</w:t>
            </w:r>
          </w:p>
        </w:tc>
      </w:tr>
      <w:tr w:rsidR="007C1A78" w14:paraId="77120F97" w14:textId="77777777" w:rsidTr="008E5532">
        <w:tc>
          <w:tcPr>
            <w:tcW w:w="2442" w:type="pct"/>
            <w:shd w:val="clear" w:color="auto" w:fill="D9EAF7"/>
          </w:tcPr>
          <w:p w14:paraId="07531328" w14:textId="77777777" w:rsidR="007C1A78" w:rsidRDefault="008D7B5E">
            <w:r>
              <w:rPr>
                <w:b/>
              </w:rPr>
              <w:t>Matrícula</w:t>
            </w:r>
          </w:p>
        </w:tc>
        <w:tc>
          <w:tcPr>
            <w:tcW w:w="2558" w:type="pct"/>
          </w:tcPr>
          <w:p w14:paraId="191288AD" w14:textId="77777777" w:rsidR="007C1A78" w:rsidRDefault="008D7B5E">
            <w:r>
              <w:t>____________________________________________</w:t>
            </w:r>
          </w:p>
        </w:tc>
      </w:tr>
      <w:tr w:rsidR="007C1A78" w14:paraId="405E80C3" w14:textId="77777777" w:rsidTr="008E5532">
        <w:tc>
          <w:tcPr>
            <w:tcW w:w="2442" w:type="pct"/>
            <w:shd w:val="clear" w:color="auto" w:fill="D9EAF7"/>
          </w:tcPr>
          <w:p w14:paraId="0AECFD48" w14:textId="77777777" w:rsidR="007C1A78" w:rsidRDefault="008D7B5E">
            <w:r>
              <w:rPr>
                <w:b/>
              </w:rPr>
              <w:t>Número de licencia VTC</w:t>
            </w:r>
          </w:p>
        </w:tc>
        <w:tc>
          <w:tcPr>
            <w:tcW w:w="2558" w:type="pct"/>
          </w:tcPr>
          <w:p w14:paraId="40BD7C83" w14:textId="77777777" w:rsidR="007C1A78" w:rsidRDefault="008D7B5E">
            <w:r>
              <w:t>____________________________________________</w:t>
            </w:r>
          </w:p>
        </w:tc>
      </w:tr>
    </w:tbl>
    <w:p w14:paraId="047E8426" w14:textId="77777777" w:rsidR="007C1A78" w:rsidRDefault="007C1A78"/>
    <w:p w14:paraId="04A047FA" w14:textId="77777777" w:rsidR="007C1A78" w:rsidRDefault="008D7B5E">
      <w:pPr>
        <w:shd w:val="clear" w:color="auto" w:fill="1F4E79"/>
        <w:spacing w:before="160" w:after="80"/>
      </w:pPr>
      <w:r>
        <w:rPr>
          <w:b/>
          <w:color w:val="FFFFFF"/>
          <w:sz w:val="23"/>
        </w:rPr>
        <w:t>4. Datos del servicio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5380"/>
        <w:gridCol w:w="5636"/>
      </w:tblGrid>
      <w:tr w:rsidR="007C1A78" w14:paraId="2F8ADB2B" w14:textId="77777777" w:rsidTr="008E5532">
        <w:tc>
          <w:tcPr>
            <w:tcW w:w="2442" w:type="pct"/>
            <w:shd w:val="clear" w:color="auto" w:fill="D9EAF7"/>
          </w:tcPr>
          <w:p w14:paraId="13F5EEB5" w14:textId="77777777" w:rsidR="007C1A78" w:rsidRDefault="008D7B5E">
            <w:r>
              <w:rPr>
                <w:b/>
              </w:rPr>
              <w:t>Fecha del servicio</w:t>
            </w:r>
          </w:p>
        </w:tc>
        <w:tc>
          <w:tcPr>
            <w:tcW w:w="2558" w:type="pct"/>
          </w:tcPr>
          <w:p w14:paraId="5CD341A9" w14:textId="77777777" w:rsidR="007C1A78" w:rsidRDefault="008D7B5E">
            <w:r>
              <w:t>____ / ____ / ______</w:t>
            </w:r>
          </w:p>
        </w:tc>
      </w:tr>
      <w:tr w:rsidR="007C1A78" w14:paraId="1AB4DCAD" w14:textId="77777777" w:rsidTr="008E5532">
        <w:tc>
          <w:tcPr>
            <w:tcW w:w="2442" w:type="pct"/>
            <w:shd w:val="clear" w:color="auto" w:fill="D9EAF7"/>
          </w:tcPr>
          <w:p w14:paraId="7D06D43D" w14:textId="77777777" w:rsidR="007C1A78" w:rsidRDefault="008D7B5E">
            <w:r>
              <w:rPr>
                <w:b/>
              </w:rPr>
              <w:t>Cliente / Referencia del servicio</w:t>
            </w:r>
          </w:p>
        </w:tc>
        <w:tc>
          <w:tcPr>
            <w:tcW w:w="2558" w:type="pct"/>
          </w:tcPr>
          <w:p w14:paraId="0A091D47" w14:textId="77777777" w:rsidR="007C1A78" w:rsidRDefault="008D7B5E">
            <w:r>
              <w:t>____________________________________________</w:t>
            </w:r>
          </w:p>
        </w:tc>
      </w:tr>
      <w:tr w:rsidR="007C1A78" w14:paraId="217B7B38" w14:textId="77777777" w:rsidTr="008E5532">
        <w:tc>
          <w:tcPr>
            <w:tcW w:w="2442" w:type="pct"/>
            <w:shd w:val="clear" w:color="auto" w:fill="D9EAF7"/>
          </w:tcPr>
          <w:p w14:paraId="27828EF3" w14:textId="77777777" w:rsidR="007C1A78" w:rsidRDefault="008D7B5E">
            <w:r>
              <w:rPr>
                <w:b/>
              </w:rPr>
              <w:t>Número de reserva</w:t>
            </w:r>
          </w:p>
        </w:tc>
        <w:tc>
          <w:tcPr>
            <w:tcW w:w="2558" w:type="pct"/>
          </w:tcPr>
          <w:p w14:paraId="56B2B94C" w14:textId="77777777" w:rsidR="007C1A78" w:rsidRDefault="008D7B5E">
            <w:r>
              <w:t>____________________________________________</w:t>
            </w:r>
          </w:p>
        </w:tc>
      </w:tr>
      <w:tr w:rsidR="007C1A78" w14:paraId="29A9F792" w14:textId="77777777" w:rsidTr="008E5532">
        <w:tc>
          <w:tcPr>
            <w:tcW w:w="2442" w:type="pct"/>
            <w:shd w:val="clear" w:color="auto" w:fill="D9EAF7"/>
          </w:tcPr>
          <w:p w14:paraId="1932C852" w14:textId="77777777" w:rsidR="007C1A78" w:rsidRDefault="008D7B5E">
            <w:r>
              <w:rPr>
                <w:b/>
              </w:rPr>
              <w:t>Lugar de recogida</w:t>
            </w:r>
          </w:p>
        </w:tc>
        <w:tc>
          <w:tcPr>
            <w:tcW w:w="2558" w:type="pct"/>
          </w:tcPr>
          <w:p w14:paraId="4C3BB560" w14:textId="77777777" w:rsidR="007C1A78" w:rsidRDefault="008D7B5E">
            <w:r>
              <w:t>____________________________________________</w:t>
            </w:r>
          </w:p>
        </w:tc>
      </w:tr>
      <w:tr w:rsidR="007C1A78" w14:paraId="181977A0" w14:textId="77777777" w:rsidTr="008E5532">
        <w:tc>
          <w:tcPr>
            <w:tcW w:w="2442" w:type="pct"/>
            <w:shd w:val="clear" w:color="auto" w:fill="D9EAF7"/>
          </w:tcPr>
          <w:p w14:paraId="788B71C1" w14:textId="77777777" w:rsidR="007C1A78" w:rsidRDefault="008D7B5E">
            <w:r>
              <w:rPr>
                <w:b/>
              </w:rPr>
              <w:t>Lugar de destino</w:t>
            </w:r>
          </w:p>
        </w:tc>
        <w:tc>
          <w:tcPr>
            <w:tcW w:w="2558" w:type="pct"/>
          </w:tcPr>
          <w:p w14:paraId="1897F187" w14:textId="77777777" w:rsidR="007C1A78" w:rsidRDefault="008D7B5E">
            <w:r>
              <w:t>____________________________________________</w:t>
            </w:r>
          </w:p>
        </w:tc>
      </w:tr>
      <w:tr w:rsidR="007C1A78" w14:paraId="164B42A8" w14:textId="77777777" w:rsidTr="008E5532">
        <w:tc>
          <w:tcPr>
            <w:tcW w:w="2442" w:type="pct"/>
            <w:shd w:val="clear" w:color="auto" w:fill="D9EAF7"/>
          </w:tcPr>
          <w:p w14:paraId="240EF5B7" w14:textId="77777777" w:rsidR="007C1A78" w:rsidRDefault="008D7B5E">
            <w:r>
              <w:rPr>
                <w:b/>
              </w:rPr>
              <w:t>Hora de inicio</w:t>
            </w:r>
          </w:p>
        </w:tc>
        <w:tc>
          <w:tcPr>
            <w:tcW w:w="2558" w:type="pct"/>
          </w:tcPr>
          <w:p w14:paraId="6CF536FC" w14:textId="77777777" w:rsidR="007C1A78" w:rsidRDefault="008D7B5E">
            <w:r>
              <w:t>____________</w:t>
            </w:r>
          </w:p>
        </w:tc>
      </w:tr>
      <w:tr w:rsidR="007C1A78" w14:paraId="628E2033" w14:textId="77777777" w:rsidTr="008E5532">
        <w:tc>
          <w:tcPr>
            <w:tcW w:w="2442" w:type="pct"/>
            <w:shd w:val="clear" w:color="auto" w:fill="D9EAF7"/>
          </w:tcPr>
          <w:p w14:paraId="6048EA17" w14:textId="77777777" w:rsidR="007C1A78" w:rsidRDefault="008D7B5E">
            <w:r>
              <w:rPr>
                <w:b/>
              </w:rPr>
              <w:t>Hora de finalización</w:t>
            </w:r>
          </w:p>
        </w:tc>
        <w:tc>
          <w:tcPr>
            <w:tcW w:w="2558" w:type="pct"/>
          </w:tcPr>
          <w:p w14:paraId="684963FF" w14:textId="77777777" w:rsidR="007C1A78" w:rsidRDefault="008D7B5E">
            <w:r>
              <w:t>____________</w:t>
            </w:r>
          </w:p>
        </w:tc>
      </w:tr>
      <w:tr w:rsidR="007C1A78" w14:paraId="5AB813E5" w14:textId="77777777" w:rsidTr="008E5532">
        <w:tc>
          <w:tcPr>
            <w:tcW w:w="2442" w:type="pct"/>
            <w:shd w:val="clear" w:color="auto" w:fill="D9EAF7"/>
          </w:tcPr>
          <w:p w14:paraId="01763A52" w14:textId="77777777" w:rsidR="007C1A78" w:rsidRDefault="008D7B5E">
            <w:r>
              <w:rPr>
                <w:b/>
              </w:rPr>
              <w:t>Kilometraje de salida</w:t>
            </w:r>
          </w:p>
        </w:tc>
        <w:tc>
          <w:tcPr>
            <w:tcW w:w="2558" w:type="pct"/>
          </w:tcPr>
          <w:p w14:paraId="2FA7FD95" w14:textId="77777777" w:rsidR="007C1A78" w:rsidRDefault="008D7B5E">
            <w:r>
              <w:t>____________</w:t>
            </w:r>
          </w:p>
        </w:tc>
      </w:tr>
      <w:tr w:rsidR="007C1A78" w14:paraId="14208449" w14:textId="77777777" w:rsidTr="008E5532">
        <w:tc>
          <w:tcPr>
            <w:tcW w:w="2442" w:type="pct"/>
            <w:shd w:val="clear" w:color="auto" w:fill="D9EAF7"/>
          </w:tcPr>
          <w:p w14:paraId="62E02A91" w14:textId="77777777" w:rsidR="007C1A78" w:rsidRDefault="008D7B5E">
            <w:r>
              <w:rPr>
                <w:b/>
              </w:rPr>
              <w:t>Kilometraje de llegada</w:t>
            </w:r>
          </w:p>
        </w:tc>
        <w:tc>
          <w:tcPr>
            <w:tcW w:w="2558" w:type="pct"/>
          </w:tcPr>
          <w:p w14:paraId="4CCDF443" w14:textId="77777777" w:rsidR="007C1A78" w:rsidRDefault="008D7B5E">
            <w:r>
              <w:t>____________</w:t>
            </w:r>
          </w:p>
        </w:tc>
      </w:tr>
    </w:tbl>
    <w:p w14:paraId="3E7FA51C" w14:textId="77777777" w:rsidR="007C1A78" w:rsidRDefault="007C1A78"/>
    <w:p w14:paraId="41EDECAD" w14:textId="77777777" w:rsidR="007C1A78" w:rsidRDefault="008D7B5E">
      <w:pPr>
        <w:shd w:val="clear" w:color="auto" w:fill="1F4E79"/>
        <w:spacing w:before="160" w:after="80"/>
      </w:pPr>
      <w:r>
        <w:rPr>
          <w:b/>
          <w:color w:val="FFFFFF"/>
          <w:sz w:val="23"/>
        </w:rPr>
        <w:t>5. Observaciones del servicio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11016"/>
      </w:tblGrid>
      <w:tr w:rsidR="007C1A78" w14:paraId="39C23F11" w14:textId="77777777" w:rsidTr="008E5532">
        <w:tc>
          <w:tcPr>
            <w:tcW w:w="5000" w:type="pct"/>
          </w:tcPr>
          <w:p w14:paraId="5F9D89F4" w14:textId="77777777" w:rsidR="007C1A78" w:rsidRDefault="008D7B5E">
            <w:r>
              <w:t xml:space="preserve"> </w:t>
            </w:r>
          </w:p>
        </w:tc>
      </w:tr>
      <w:tr w:rsidR="007C1A78" w14:paraId="7954ACB4" w14:textId="77777777" w:rsidTr="008E5532">
        <w:tc>
          <w:tcPr>
            <w:tcW w:w="5000" w:type="pct"/>
          </w:tcPr>
          <w:p w14:paraId="6BFA3874" w14:textId="77777777" w:rsidR="007C1A78" w:rsidRDefault="008D7B5E">
            <w:r>
              <w:t xml:space="preserve"> </w:t>
            </w:r>
          </w:p>
        </w:tc>
      </w:tr>
      <w:tr w:rsidR="007C1A78" w14:paraId="00896BD1" w14:textId="77777777" w:rsidTr="008E5532">
        <w:tc>
          <w:tcPr>
            <w:tcW w:w="5000" w:type="pct"/>
          </w:tcPr>
          <w:p w14:paraId="40726B41" w14:textId="77777777" w:rsidR="007C1A78" w:rsidRDefault="008D7B5E">
            <w:r>
              <w:t xml:space="preserve"> </w:t>
            </w:r>
          </w:p>
        </w:tc>
      </w:tr>
      <w:tr w:rsidR="007C1A78" w14:paraId="37B3757B" w14:textId="77777777" w:rsidTr="008E5532">
        <w:tc>
          <w:tcPr>
            <w:tcW w:w="5000" w:type="pct"/>
          </w:tcPr>
          <w:p w14:paraId="32F9E42E" w14:textId="77777777" w:rsidR="007C1A78" w:rsidRDefault="008D7B5E">
            <w:r>
              <w:t xml:space="preserve"> </w:t>
            </w:r>
          </w:p>
        </w:tc>
      </w:tr>
    </w:tbl>
    <w:p w14:paraId="7AAEBA92" w14:textId="77777777" w:rsidR="007C1A78" w:rsidRDefault="007C1A78"/>
    <w:p w14:paraId="1C38751E" w14:textId="77777777" w:rsidR="007C1A78" w:rsidRDefault="008D7B5E">
      <w:pPr>
        <w:shd w:val="clear" w:color="auto" w:fill="1F4E79"/>
        <w:spacing w:before="160" w:after="80"/>
      </w:pPr>
      <w:r>
        <w:rPr>
          <w:b/>
          <w:color w:val="FFFFFF"/>
          <w:sz w:val="23"/>
        </w:rPr>
        <w:t>6. Firmas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5508"/>
        <w:gridCol w:w="5508"/>
      </w:tblGrid>
      <w:tr w:rsidR="007C1A78" w14:paraId="33DDC0E2" w14:textId="77777777" w:rsidTr="008E5532">
        <w:tc>
          <w:tcPr>
            <w:tcW w:w="2500" w:type="pct"/>
            <w:shd w:val="clear" w:color="auto" w:fill="D9EAF7"/>
          </w:tcPr>
          <w:p w14:paraId="3CF1BFF6" w14:textId="77777777" w:rsidR="007C1A78" w:rsidRDefault="008D7B5E">
            <w:r>
              <w:rPr>
                <w:b/>
              </w:rPr>
              <w:t>Firma del conductor</w:t>
            </w:r>
          </w:p>
        </w:tc>
        <w:tc>
          <w:tcPr>
            <w:tcW w:w="2500" w:type="pct"/>
            <w:shd w:val="clear" w:color="auto" w:fill="D9EAF7"/>
          </w:tcPr>
          <w:p w14:paraId="215E25D3" w14:textId="77777777" w:rsidR="007C1A78" w:rsidRDefault="008D7B5E">
            <w:r>
              <w:rPr>
                <w:b/>
              </w:rPr>
              <w:t>Firma del responsable / empresa</w:t>
            </w:r>
          </w:p>
        </w:tc>
      </w:tr>
      <w:tr w:rsidR="007C1A78" w14:paraId="17356D2A" w14:textId="77777777" w:rsidTr="008E5532">
        <w:tc>
          <w:tcPr>
            <w:tcW w:w="2500" w:type="pct"/>
          </w:tcPr>
          <w:p w14:paraId="5D3D5E8A" w14:textId="77777777" w:rsidR="007C1A78" w:rsidRDefault="008D7B5E">
            <w:r>
              <w:br/>
            </w:r>
            <w:r>
              <w:br/>
              <w:t>_______________________________</w:t>
            </w:r>
          </w:p>
        </w:tc>
        <w:tc>
          <w:tcPr>
            <w:tcW w:w="2500" w:type="pct"/>
          </w:tcPr>
          <w:p w14:paraId="1660B611" w14:textId="77777777" w:rsidR="007C1A78" w:rsidRDefault="008D7B5E">
            <w:r>
              <w:br/>
            </w:r>
            <w:r>
              <w:br/>
              <w:t>_______________________________</w:t>
            </w:r>
          </w:p>
        </w:tc>
      </w:tr>
    </w:tbl>
    <w:p w14:paraId="77A9A691" w14:textId="77777777" w:rsidR="00F3610F" w:rsidRDefault="00F3610F"/>
    <w:p w14:paraId="4267FF5D" w14:textId="77777777" w:rsidR="008E5532" w:rsidRDefault="008E5532"/>
    <w:sectPr w:rsidR="008E5532" w:rsidSect="008E5532">
      <w:headerReference w:type="default" r:id="rId8"/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0F299E" w14:textId="77777777" w:rsidR="00BB5157" w:rsidRDefault="00BB5157" w:rsidP="00BB5157">
      <w:pPr>
        <w:spacing w:after="0" w:line="240" w:lineRule="auto"/>
      </w:pPr>
      <w:r>
        <w:separator/>
      </w:r>
    </w:p>
  </w:endnote>
  <w:endnote w:type="continuationSeparator" w:id="0">
    <w:p w14:paraId="6E391195" w14:textId="77777777" w:rsidR="00BB5157" w:rsidRDefault="00BB5157" w:rsidP="00BB51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442239" w14:textId="44224EC0" w:rsidR="00BB5157" w:rsidRDefault="00BB5157">
    <w:pPr>
      <w:pStyle w:val="Piedepgina"/>
    </w:pPr>
    <w:hyperlink r:id="rId1" w:history="1">
      <w:r w:rsidRPr="00BB5157">
        <w:rPr>
          <w:rStyle w:val="Hipervnculo"/>
        </w:rPr>
        <w:t>https://formatoescrito.com/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1EF159" w14:textId="77777777" w:rsidR="00BB5157" w:rsidRDefault="00BB5157" w:rsidP="00BB5157">
      <w:pPr>
        <w:spacing w:after="0" w:line="240" w:lineRule="auto"/>
      </w:pPr>
      <w:r>
        <w:separator/>
      </w:r>
    </w:p>
  </w:footnote>
  <w:footnote w:type="continuationSeparator" w:id="0">
    <w:p w14:paraId="7D672E99" w14:textId="77777777" w:rsidR="00BB5157" w:rsidRDefault="00BB5157" w:rsidP="00BB51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0D058E" w14:textId="5C5CFC09" w:rsidR="00BB5157" w:rsidRDefault="00BB5157">
    <w:pPr>
      <w:pStyle w:val="Encabezado"/>
    </w:pPr>
    <w:hyperlink r:id="rId1" w:history="1">
      <w:r w:rsidRPr="00BB5157">
        <w:rPr>
          <w:rStyle w:val="Hipervnculo"/>
        </w:rPr>
        <w:t>https://formatoescrito.com/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183783957">
    <w:abstractNumId w:val="8"/>
  </w:num>
  <w:num w:numId="2" w16cid:durableId="376854158">
    <w:abstractNumId w:val="6"/>
  </w:num>
  <w:num w:numId="3" w16cid:durableId="1926840259">
    <w:abstractNumId w:val="5"/>
  </w:num>
  <w:num w:numId="4" w16cid:durableId="1643078201">
    <w:abstractNumId w:val="4"/>
  </w:num>
  <w:num w:numId="5" w16cid:durableId="2001883630">
    <w:abstractNumId w:val="7"/>
  </w:num>
  <w:num w:numId="6" w16cid:durableId="239752078">
    <w:abstractNumId w:val="3"/>
  </w:num>
  <w:num w:numId="7" w16cid:durableId="1909412952">
    <w:abstractNumId w:val="2"/>
  </w:num>
  <w:num w:numId="8" w16cid:durableId="1305698076">
    <w:abstractNumId w:val="1"/>
  </w:num>
  <w:num w:numId="9" w16cid:durableId="2835097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651E8"/>
    <w:rsid w:val="007C1A78"/>
    <w:rsid w:val="008D7B5E"/>
    <w:rsid w:val="008E5532"/>
    <w:rsid w:val="00AA1D8D"/>
    <w:rsid w:val="00B47730"/>
    <w:rsid w:val="00BB5157"/>
    <w:rsid w:val="00CB0664"/>
    <w:rsid w:val="00F3610F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0DAB3D88"/>
  <w14:defaultImageDpi w14:val="300"/>
  <w15:docId w15:val="{817E735C-D9D8-42CD-B838-430B64FA1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hAnsi="Arial"/>
      <w:sz w:val="21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ipervnculo">
    <w:name w:val="Hyperlink"/>
    <w:basedOn w:val="Fuentedeprrafopredeter"/>
    <w:uiPriority w:val="99"/>
    <w:unhideWhenUsed/>
    <w:rsid w:val="00BB5157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BB51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formatoescrito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formatoescrito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948C90E-7FB9-494A-A18F-AB5384ED8C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248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1613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aneudy Peña</cp:lastModifiedBy>
  <cp:revision>4</cp:revision>
  <dcterms:created xsi:type="dcterms:W3CDTF">2013-12-23T23:15:00Z</dcterms:created>
  <dcterms:modified xsi:type="dcterms:W3CDTF">2026-06-26T00:15:00Z</dcterms:modified>
  <cp:category/>
</cp:coreProperties>
</file>