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163" w:rsidRPr="00AB17D0" w:rsidRDefault="00AB17D0" w:rsidP="00AB17D0">
      <w:pPr>
        <w:jc w:val="center"/>
        <w:rPr>
          <w:lang w:val="es-ES"/>
        </w:rPr>
      </w:pPr>
      <w:r>
        <w:rPr>
          <w:b/>
          <w:noProof/>
          <w:color w:val="003399"/>
          <w:sz w:val="36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5295900</wp:posOffset>
                </wp:positionH>
                <wp:positionV relativeFrom="paragraph">
                  <wp:posOffset>-828675</wp:posOffset>
                </wp:positionV>
                <wp:extent cx="2432050" cy="10963275"/>
                <wp:effectExtent l="0" t="0" r="0" b="9525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32050" cy="10963275"/>
                          <a:chOff x="1048167" y="0"/>
                          <a:chExt cx="933074" cy="9372600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1066574" y="0"/>
                            <a:ext cx="914667" cy="9372600"/>
                          </a:xfrm>
                          <a:prstGeom prst="rect">
                            <a:avLst/>
                          </a:prstGeom>
                          <a:solidFill>
                            <a:sysClr val="window" lastClr="FFFFFF">
                              <a:alpha val="0"/>
                            </a:sysClr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2" name="Group 12"/>
                        <wpg:cNvGrpSpPr/>
                        <wpg:grpSpPr>
                          <a:xfrm>
                            <a:off x="1048167" y="0"/>
                            <a:ext cx="769850" cy="9372600"/>
                            <a:chOff x="1048167" y="0"/>
                            <a:chExt cx="769987" cy="9372600"/>
                          </a:xfrm>
                        </wpg:grpSpPr>
                        <wps:wsp>
                          <wps:cNvPr id="13" name="Rectangle 8"/>
                          <wps:cNvSpPr/>
                          <wps:spPr>
                            <a:xfrm>
                              <a:off x="1150642" y="0"/>
                              <a:ext cx="667512" cy="9363456"/>
                            </a:xfrm>
                            <a:custGeom>
                              <a:avLst/>
                              <a:gdLst>
                                <a:gd name="connsiteX0" fmla="*/ 0 w 667679"/>
                                <a:gd name="connsiteY0" fmla="*/ 0 h 9363456"/>
                                <a:gd name="connsiteX1" fmla="*/ 667679 w 667679"/>
                                <a:gd name="connsiteY1" fmla="*/ 0 h 9363456"/>
                                <a:gd name="connsiteX2" fmla="*/ 667679 w 667679"/>
                                <a:gd name="connsiteY2" fmla="*/ 9363456 h 9363456"/>
                                <a:gd name="connsiteX3" fmla="*/ 0 w 667679"/>
                                <a:gd name="connsiteY3" fmla="*/ 9363456 h 9363456"/>
                                <a:gd name="connsiteX4" fmla="*/ 0 w 667679"/>
                                <a:gd name="connsiteY4" fmla="*/ 0 h 9363456"/>
                                <a:gd name="connsiteX0" fmla="*/ 19104 w 686783"/>
                                <a:gd name="connsiteY0" fmla="*/ 0 h 9363456"/>
                                <a:gd name="connsiteX1" fmla="*/ 686783 w 686783"/>
                                <a:gd name="connsiteY1" fmla="*/ 0 h 9363456"/>
                                <a:gd name="connsiteX2" fmla="*/ 686783 w 686783"/>
                                <a:gd name="connsiteY2" fmla="*/ 9363456 h 9363456"/>
                                <a:gd name="connsiteX3" fmla="*/ 19104 w 686783"/>
                                <a:gd name="connsiteY3" fmla="*/ 9363456 h 9363456"/>
                                <a:gd name="connsiteX4" fmla="*/ 0 w 686783"/>
                                <a:gd name="connsiteY4" fmla="*/ 5353050 h 9363456"/>
                                <a:gd name="connsiteX5" fmla="*/ 19104 w 686783"/>
                                <a:gd name="connsiteY5" fmla="*/ 0 h 9363456"/>
                                <a:gd name="connsiteX0" fmla="*/ 0 w 667679"/>
                                <a:gd name="connsiteY0" fmla="*/ 0 h 9363456"/>
                                <a:gd name="connsiteX1" fmla="*/ 667679 w 667679"/>
                                <a:gd name="connsiteY1" fmla="*/ 0 h 9363456"/>
                                <a:gd name="connsiteX2" fmla="*/ 667679 w 667679"/>
                                <a:gd name="connsiteY2" fmla="*/ 9363456 h 9363456"/>
                                <a:gd name="connsiteX3" fmla="*/ 0 w 667679"/>
                                <a:gd name="connsiteY3" fmla="*/ 9363456 h 9363456"/>
                                <a:gd name="connsiteX4" fmla="*/ 228546 w 667679"/>
                                <a:gd name="connsiteY4" fmla="*/ 5419712 h 9363456"/>
                                <a:gd name="connsiteX5" fmla="*/ 0 w 667679"/>
                                <a:gd name="connsiteY5" fmla="*/ 0 h 9363456"/>
                                <a:gd name="connsiteX0" fmla="*/ 0 w 667679"/>
                                <a:gd name="connsiteY0" fmla="*/ 0 h 9363456"/>
                                <a:gd name="connsiteX1" fmla="*/ 667679 w 667679"/>
                                <a:gd name="connsiteY1" fmla="*/ 0 h 9363456"/>
                                <a:gd name="connsiteX2" fmla="*/ 667679 w 667679"/>
                                <a:gd name="connsiteY2" fmla="*/ 9363456 h 9363456"/>
                                <a:gd name="connsiteX3" fmla="*/ 0 w 667679"/>
                                <a:gd name="connsiteY3" fmla="*/ 9363456 h 9363456"/>
                                <a:gd name="connsiteX4" fmla="*/ 219021 w 667679"/>
                                <a:gd name="connsiteY4" fmla="*/ 5372097 h 9363456"/>
                                <a:gd name="connsiteX5" fmla="*/ 0 w 667679"/>
                                <a:gd name="connsiteY5" fmla="*/ 0 h 936345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667679" h="9363456">
                                  <a:moveTo>
                                    <a:pt x="0" y="0"/>
                                  </a:moveTo>
                                  <a:lnTo>
                                    <a:pt x="667679" y="0"/>
                                  </a:lnTo>
                                  <a:lnTo>
                                    <a:pt x="667679" y="9363456"/>
                                  </a:lnTo>
                                  <a:lnTo>
                                    <a:pt x="0" y="9363456"/>
                                  </a:lnTo>
                                  <a:lnTo>
                                    <a:pt x="219021" y="537209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72C4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Rectangle 14"/>
                          <wps:cNvSpPr/>
                          <wps:spPr>
                            <a:xfrm>
                              <a:off x="1048167" y="0"/>
                              <a:ext cx="523836" cy="9372600"/>
                            </a:xfrm>
                            <a:prstGeom prst="rect">
                              <a:avLst/>
                            </a:prstGeom>
                            <a:blipFill>
                              <a:blip r:embed="rId9"/>
                              <a:stretch>
                                <a:fillRect/>
                              </a:stretch>
                            </a:blip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0" o:spid="_x0000_s1026" style="position:absolute;margin-left:417pt;margin-top:-65.25pt;width:191.5pt;height:863.25pt;z-index:-251657216;mso-width-relative:margin" coordorigin="10481" coordsize="9330,937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">
                <v:rect id="Rectangle 11" o:spid="_x0000_s1027" style="position:absolute;left:10665;width:9147;height:937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  <v:fill opacity="0"/>
                </v:rect>
                <v:group id="Group 12" o:spid="_x0000_s1028" style="position:absolute;left:10481;width:7699;height:93726" coordorigin="10481" coordsize="7699,937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 id="Rectangle 8" o:spid="_x0000_s1029" style="position:absolute;left:11506;width:6675;height:93634;visibility:visible;mso-wrap-style:square;v-text-anchor:middle" coordsize="667679,93634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B7SsEA&#10;AADbAAAADwAAAGRycy9kb3ducmV2LnhtbERPTWvCQBC9F/wPywje6sZKi0RXkYDFi4WmJecxO2aj&#10;2dmQXWP013cLhd7m8T5ntRlsI3rqfO1YwWyagCAuna65UvD9tXtegPABWWPjmBTcycNmPXpaYard&#10;jT+pz0MlYgj7FBWYENpUSl8asuinriWO3Ml1FkOEXSV1h7cYbhv5kiRv0mLNscFgS5mh8pJfrYLs&#10;4zjT7vIY8qIqXs/3c+D34qDUZDxslyACDeFf/Ofe6zh/Dr+/xAPk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PAe0rBAAAA2wAAAA8AAAAAAAAAAAAAAAAAmAIAAGRycy9kb3du&#10;cmV2LnhtbFBLBQYAAAAABAAEAPUAAACGAwAAAAA=&#10;" path="m,l667679,r,9363456l,9363456,219021,5372097,,xe" fillcolor="#4472c4" stroked="f" strokeweight="1pt">
                    <v:stroke joinstyle="miter"/>
                    <v:path arrowok="t" o:connecttype="custom" o:connectlocs="0,0;667512,0;667512,9363456;0,9363456;218966,5372097;0,0" o:connectangles="0,0,0,0,0,0"/>
                  </v:shape>
                  <v:rect id="Rectangle 14" o:spid="_x0000_s1030" style="position:absolute;left:10481;width:5239;height:937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lKwMEA&#10;AADbAAAADwAAAGRycy9kb3ducmV2LnhtbERPTUsDMRC9C/6HMII3m7UWWdamRYVKKb3YFupx2Iyb&#10;xc1kyaTb7b83BcHbPN7nzJej79RAUdrABh4nBSjiOtiWGwOH/eqhBCUJ2WIXmAxcSGC5uL2ZY2XD&#10;mT9p2KVG5RCWCg24lPpKa6kdeZRJ6Ikz9x2ix5RhbLSNeM7hvtPTonjWHlvODQ57endU/+xO3oA8&#10;lTZutrIayov7kLev9eHYBGPu78bXF1CJxvQv/nOvbZ4/g+sv+QC9+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DpSsDBAAAA2wAAAA8AAAAAAAAAAAAAAAAAmAIAAGRycy9kb3du&#10;cmV2LnhtbFBLBQYAAAAABAAEAPUAAACGAwAAAAA=&#10;" stroked="f" strokeweight="1pt">
                    <v:fill r:id="rId10" o:title="" recolor="t" rotate="t" type="frame"/>
                  </v:rect>
                </v:group>
              </v:group>
            </w:pict>
          </mc:Fallback>
        </mc:AlternateContent>
      </w:r>
      <w:r w:rsidRPr="00AB17D0">
        <w:rPr>
          <w:b/>
          <w:color w:val="003399"/>
          <w:sz w:val="36"/>
          <w:lang w:val="es-ES"/>
        </w:rPr>
        <w:t>ACTA ADMINISTRATIVA</w:t>
      </w:r>
      <w:r w:rsidRPr="00AB17D0">
        <w:rPr>
          <w:b/>
          <w:color w:val="003399"/>
          <w:sz w:val="36"/>
          <w:lang w:val="es-ES"/>
        </w:rPr>
        <w:br/>
        <w:t>POR FALTA DE RESPETO E INDISCIPLINA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 xml:space="preserve">En la empresa [Nombre de la empresa], siendo las [hora] horas del día [fecha], reunidos en [lugar], se levanta la presente Acta Administrativa con la finalidad de dejar constancia de hechos </w:t>
      </w:r>
      <w:r w:rsidRPr="00AB17D0">
        <w:rPr>
          <w:lang w:val="es-ES"/>
        </w:rPr>
        <w:t>relacionados con una conducta de falta de respeto e indisciplina por parte del trabajador que se detalla a continuación.</w:t>
      </w:r>
    </w:p>
    <w:p w:rsidR="00CB4163" w:rsidRPr="00AB17D0" w:rsidRDefault="00AB17D0">
      <w:pPr>
        <w:rPr>
          <w:lang w:val="es-ES"/>
        </w:rPr>
      </w:pPr>
      <w:r w:rsidRPr="00AB17D0">
        <w:rPr>
          <w:b/>
          <w:color w:val="003399"/>
          <w:sz w:val="24"/>
          <w:lang w:val="es-ES"/>
        </w:rPr>
        <w:t>DATOS DEL TRABAJADOR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Nombre: ________________________________________________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Puesto: _________________________________________________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Departamento: ___________________________________________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Antigüedad: _____________________________________________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b/>
          <w:color w:val="003399"/>
          <w:sz w:val="24"/>
          <w:lang w:val="es-ES"/>
        </w:rPr>
        <w:t>DESCRIPCIÓN DE LOS HECHOS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________________________________________________________________________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________________________________________</w:t>
      </w:r>
      <w:r w:rsidRPr="00AB17D0">
        <w:rPr>
          <w:lang w:val="es-ES"/>
        </w:rPr>
        <w:t>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________________________________________________________________________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________________________________________________________________________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b/>
          <w:color w:val="003399"/>
          <w:sz w:val="24"/>
          <w:lang w:val="es-ES"/>
        </w:rPr>
        <w:t>DECL</w:t>
      </w:r>
      <w:r w:rsidRPr="00AB17D0">
        <w:rPr>
          <w:b/>
          <w:color w:val="003399"/>
          <w:sz w:val="24"/>
          <w:lang w:val="es-ES"/>
        </w:rPr>
        <w:t>ARACIÓN DEL TRABAJADOR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________________________________________________________________________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________________________________________________________________________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________________________________________________________________________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b/>
          <w:color w:val="003399"/>
          <w:sz w:val="24"/>
          <w:lang w:val="es-ES"/>
        </w:rPr>
        <w:t>PERSONAS QUE I</w:t>
      </w:r>
      <w:r w:rsidRPr="00AB17D0">
        <w:rPr>
          <w:b/>
          <w:color w:val="003399"/>
          <w:sz w:val="24"/>
          <w:lang w:val="es-ES"/>
        </w:rPr>
        <w:t>NTERVIENEN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Representante de la empresa: 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Testigo 1: ______________________________________________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Testigo 2: ______________________________________________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b/>
          <w:color w:val="003399"/>
          <w:sz w:val="24"/>
          <w:lang w:val="es-ES"/>
        </w:rPr>
        <w:t>OBSERVACIONES FINALES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_______________________________________________</w:t>
      </w:r>
      <w:r w:rsidRPr="00AB17D0">
        <w:rPr>
          <w:lang w:val="es-ES"/>
        </w:rPr>
        <w:t>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________________________________________________________________________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b/>
          <w:color w:val="003399"/>
          <w:sz w:val="24"/>
          <w:lang w:val="es-ES"/>
        </w:rPr>
        <w:t>FIRMAS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Trabajador: ______________________________________________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>Representante de la empresa: 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t xml:space="preserve">Testigo 1: </w:t>
      </w:r>
      <w:r w:rsidRPr="00AB17D0">
        <w:rPr>
          <w:lang w:val="es-ES"/>
        </w:rPr>
        <w:t>______________________________________________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lang w:val="es-ES"/>
        </w:rPr>
        <w:lastRenderedPageBreak/>
        <w:t>Testigo 2: ______________________________________________</w:t>
      </w:r>
    </w:p>
    <w:p w:rsidR="00CB4163" w:rsidRPr="00AB17D0" w:rsidRDefault="00AB17D0">
      <w:pPr>
        <w:rPr>
          <w:lang w:val="es-ES"/>
        </w:rPr>
      </w:pPr>
      <w:r w:rsidRPr="00AB17D0">
        <w:rPr>
          <w:i/>
          <w:sz w:val="18"/>
          <w:lang w:val="es-ES"/>
        </w:rPr>
        <w:t>Nota: Este format</w:t>
      </w:r>
      <w:bookmarkStart w:id="0" w:name="_GoBack"/>
      <w:bookmarkEnd w:id="0"/>
      <w:r w:rsidRPr="00AB17D0">
        <w:rPr>
          <w:i/>
          <w:sz w:val="18"/>
          <w:lang w:val="es-ES"/>
        </w:rPr>
        <w:t>o puede adaptarse según las políticas internas de la empresa.</w:t>
      </w:r>
    </w:p>
    <w:sectPr w:rsidR="00CB4163" w:rsidRPr="00AB17D0" w:rsidSect="00AB17D0">
      <w:head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7D0" w:rsidRDefault="00AB17D0" w:rsidP="00AB17D0">
      <w:pPr>
        <w:spacing w:after="0" w:line="240" w:lineRule="auto"/>
      </w:pPr>
      <w:r>
        <w:separator/>
      </w:r>
    </w:p>
  </w:endnote>
  <w:endnote w:type="continuationSeparator" w:id="0">
    <w:p w:rsidR="00AB17D0" w:rsidRDefault="00AB17D0" w:rsidP="00AB17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7D0" w:rsidRDefault="00AB17D0" w:rsidP="00AB17D0">
      <w:pPr>
        <w:spacing w:after="0" w:line="240" w:lineRule="auto"/>
      </w:pPr>
      <w:r>
        <w:separator/>
      </w:r>
    </w:p>
  </w:footnote>
  <w:footnote w:type="continuationSeparator" w:id="0">
    <w:p w:rsidR="00AB17D0" w:rsidRDefault="00AB17D0" w:rsidP="00AB17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17D0" w:rsidRPr="00AB17D0" w:rsidRDefault="00AB17D0" w:rsidP="00AB17D0">
    <w:pPr>
      <w:pStyle w:val="Header"/>
      <w:rPr>
        <w:sz w:val="28"/>
      </w:rPr>
    </w:pPr>
    <w:r w:rsidRPr="00AB17D0">
      <w:rPr>
        <w:sz w:val="28"/>
      </w:rPr>
      <w:t>https://formatoescrito.com/</w:t>
    </w:r>
  </w:p>
  <w:p w:rsidR="00AB17D0" w:rsidRDefault="00AB17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AB17D0"/>
    <w:rsid w:val="00B47730"/>
    <w:rsid w:val="00CB0664"/>
    <w:rsid w:val="00CB416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B17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7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B17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7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0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526E55A-C4CE-4FAC-8AE8-DACD0A4E0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Admin</cp:lastModifiedBy>
  <cp:revision>2</cp:revision>
  <dcterms:created xsi:type="dcterms:W3CDTF">2026-05-15T17:33:00Z</dcterms:created>
  <dcterms:modified xsi:type="dcterms:W3CDTF">2026-05-15T17:33:00Z</dcterms:modified>
</cp:coreProperties>
</file>